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53A9" w:rsidRDefault="008353A9" w:rsidP="008353A9">
      <w:pPr>
        <w:pStyle w:val="Header"/>
        <w:jc w:val="center"/>
        <w:rPr>
          <w:b/>
          <w:sz w:val="20"/>
        </w:rPr>
      </w:pPr>
    </w:p>
    <w:p w:rsidR="008353A9" w:rsidRDefault="008353A9" w:rsidP="008353A9">
      <w:pPr>
        <w:pStyle w:val="Header"/>
        <w:jc w:val="center"/>
        <w:rPr>
          <w:b/>
          <w:sz w:val="20"/>
        </w:rPr>
      </w:pPr>
      <w:r w:rsidRPr="00F80DCA">
        <w:rPr>
          <w:noProof/>
        </w:rPr>
        <w:drawing>
          <wp:inline distT="0" distB="0" distL="0" distR="0" wp14:anchorId="75821A95" wp14:editId="1B42C2D0">
            <wp:extent cx="5731510" cy="771549"/>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31510" cy="771549"/>
                    </a:xfrm>
                    <a:prstGeom prst="rect">
                      <a:avLst/>
                    </a:prstGeom>
                    <a:noFill/>
                    <a:ln w="9525">
                      <a:noFill/>
                      <a:miter lim="800000"/>
                      <a:headEnd/>
                      <a:tailEnd/>
                    </a:ln>
                  </pic:spPr>
                </pic:pic>
              </a:graphicData>
            </a:graphic>
          </wp:inline>
        </w:drawing>
      </w:r>
    </w:p>
    <w:p w:rsidR="008353A9" w:rsidRDefault="008353A9" w:rsidP="008353A9">
      <w:pPr>
        <w:pStyle w:val="Header"/>
        <w:jc w:val="center"/>
        <w:rPr>
          <w:b/>
          <w:sz w:val="20"/>
        </w:rPr>
      </w:pPr>
      <w:r>
        <w:rPr>
          <w:b/>
          <w:sz w:val="20"/>
        </w:rPr>
        <w:t>MINISTRIA E DREJTËSISË</w:t>
      </w:r>
    </w:p>
    <w:p w:rsidR="008353A9" w:rsidRPr="008353A9" w:rsidRDefault="008353A9" w:rsidP="008353A9">
      <w:pPr>
        <w:pStyle w:val="Header"/>
        <w:jc w:val="center"/>
      </w:pPr>
    </w:p>
    <w:p w:rsidR="00A41085" w:rsidRDefault="00D123D9">
      <w:pPr>
        <w:spacing w:after="100"/>
        <w:jc w:val="center"/>
      </w:pPr>
      <w:r>
        <w:rPr>
          <w:b/>
          <w:color w:val="1F4E79"/>
          <w:sz w:val="30"/>
        </w:rPr>
        <w:t>REGJISTRI I VENDIMEVE GJYQESORE</w:t>
      </w:r>
      <w:r>
        <w:rPr>
          <w:b/>
          <w:color w:val="1F4E79"/>
          <w:sz w:val="30"/>
        </w:rPr>
        <w:br/>
        <w:t>NE PROCES EKZEKUTIMI</w:t>
      </w:r>
    </w:p>
    <w:p w:rsidR="00A41085" w:rsidRDefault="00A41085">
      <w:pPr>
        <w:spacing w:after="100"/>
        <w:jc w:val="center"/>
      </w:pPr>
      <w:bookmarkStart w:id="0" w:name="_GoBack"/>
      <w:bookmarkEnd w:id="0"/>
    </w:p>
    <w:tbl>
      <w:tblPr>
        <w:tblW w:w="0" w:type="auto"/>
        <w:jc w:val="center"/>
        <w:tblBorders>
          <w:top w:val="single" w:sz="6" w:space="0" w:color="D9E2F3"/>
          <w:left w:val="single" w:sz="6" w:space="0" w:color="D9E2F3"/>
          <w:bottom w:val="single" w:sz="6" w:space="0" w:color="D9E2F3"/>
          <w:right w:val="single" w:sz="6" w:space="0" w:color="D9E2F3"/>
          <w:insideH w:val="single" w:sz="6" w:space="0" w:color="D9E2F3"/>
          <w:insideV w:val="single" w:sz="6" w:space="0" w:color="D9E2F3"/>
        </w:tblBorders>
        <w:tblLayout w:type="fixed"/>
        <w:tblLook w:val="04A0" w:firstRow="1" w:lastRow="0" w:firstColumn="1" w:lastColumn="0" w:noHBand="0" w:noVBand="1"/>
      </w:tblPr>
      <w:tblGrid>
        <w:gridCol w:w="3402"/>
        <w:gridCol w:w="6804"/>
      </w:tblGrid>
      <w:tr w:rsidR="00BB3020" w:rsidTr="00852BC8">
        <w:trPr>
          <w:jc w:val="center"/>
        </w:trPr>
        <w:tc>
          <w:tcPr>
            <w:tcW w:w="3402" w:type="dxa"/>
            <w:shd w:val="clear" w:color="auto" w:fill="EAF2F8"/>
            <w:tcMar>
              <w:top w:w="80" w:type="dxa"/>
              <w:left w:w="80" w:type="dxa"/>
              <w:bottom w:w="80" w:type="dxa"/>
              <w:right w:w="80" w:type="dxa"/>
            </w:tcMar>
            <w:vAlign w:val="center"/>
          </w:tcPr>
          <w:p w:rsidR="00BB3020" w:rsidRDefault="00BB3020" w:rsidP="00BB3020">
            <w:pPr>
              <w:spacing w:after="0"/>
            </w:pPr>
            <w:proofErr w:type="spellStart"/>
            <w:r>
              <w:rPr>
                <w:b/>
                <w:sz w:val="20"/>
              </w:rPr>
              <w:t>Institucioni</w:t>
            </w:r>
            <w:proofErr w:type="spellEnd"/>
            <w:r>
              <w:rPr>
                <w:b/>
                <w:sz w:val="20"/>
              </w:rPr>
              <w:t>:</w:t>
            </w:r>
          </w:p>
        </w:tc>
        <w:tc>
          <w:tcPr>
            <w:tcW w:w="6804" w:type="dxa"/>
            <w:tcBorders>
              <w:top w:val="single" w:sz="6" w:space="0" w:color="D9E2F3"/>
              <w:left w:val="single" w:sz="6" w:space="0" w:color="D9E2F3"/>
              <w:bottom w:val="single" w:sz="6" w:space="0" w:color="D9E2F3"/>
              <w:right w:val="single" w:sz="6" w:space="0" w:color="D9E2F3"/>
            </w:tcBorders>
            <w:tcMar>
              <w:top w:w="80" w:type="dxa"/>
              <w:left w:w="80" w:type="dxa"/>
              <w:bottom w:w="80" w:type="dxa"/>
              <w:right w:w="80" w:type="dxa"/>
            </w:tcMar>
            <w:vAlign w:val="center"/>
          </w:tcPr>
          <w:p w:rsidR="00BB3020" w:rsidRDefault="00BB3020" w:rsidP="00BB3020">
            <w:pPr>
              <w:spacing w:after="0"/>
            </w:pPr>
            <w:r>
              <w:rPr>
                <w:sz w:val="20"/>
              </w:rPr>
              <w:t>MINISTRIA E DREJT</w:t>
            </w:r>
            <w:r w:rsidR="008353A9">
              <w:rPr>
                <w:sz w:val="20"/>
              </w:rPr>
              <w:t>Ë</w:t>
            </w:r>
            <w:r>
              <w:rPr>
                <w:sz w:val="20"/>
              </w:rPr>
              <w:t>SIS</w:t>
            </w:r>
            <w:r w:rsidR="008353A9">
              <w:rPr>
                <w:sz w:val="20"/>
              </w:rPr>
              <w:t>Ë</w:t>
            </w:r>
          </w:p>
        </w:tc>
      </w:tr>
      <w:tr w:rsidR="00BB3020" w:rsidTr="00852BC8">
        <w:trPr>
          <w:jc w:val="center"/>
        </w:trPr>
        <w:tc>
          <w:tcPr>
            <w:tcW w:w="3402" w:type="dxa"/>
            <w:shd w:val="clear" w:color="auto" w:fill="EAF2F8"/>
            <w:tcMar>
              <w:top w:w="80" w:type="dxa"/>
              <w:left w:w="80" w:type="dxa"/>
              <w:bottom w:w="80" w:type="dxa"/>
              <w:right w:w="80" w:type="dxa"/>
            </w:tcMar>
            <w:vAlign w:val="center"/>
          </w:tcPr>
          <w:p w:rsidR="00BB3020" w:rsidRDefault="00BB3020" w:rsidP="00BB3020">
            <w:pPr>
              <w:spacing w:after="0"/>
            </w:pPr>
            <w:r>
              <w:rPr>
                <w:b/>
                <w:sz w:val="20"/>
              </w:rPr>
              <w:t>Periudha e raportimit:</w:t>
            </w:r>
          </w:p>
        </w:tc>
        <w:tc>
          <w:tcPr>
            <w:tcW w:w="6804" w:type="dxa"/>
            <w:tcBorders>
              <w:top w:val="single" w:sz="6" w:space="0" w:color="D9E2F3"/>
              <w:left w:val="single" w:sz="6" w:space="0" w:color="D9E2F3"/>
              <w:bottom w:val="single" w:sz="6" w:space="0" w:color="D9E2F3"/>
              <w:right w:val="single" w:sz="6" w:space="0" w:color="D9E2F3"/>
            </w:tcBorders>
            <w:tcMar>
              <w:top w:w="80" w:type="dxa"/>
              <w:left w:w="80" w:type="dxa"/>
              <w:bottom w:w="80" w:type="dxa"/>
              <w:right w:w="80" w:type="dxa"/>
            </w:tcMar>
            <w:vAlign w:val="center"/>
          </w:tcPr>
          <w:p w:rsidR="00BB3020" w:rsidRDefault="005C2B52" w:rsidP="00BB3020">
            <w:pPr>
              <w:spacing w:after="0"/>
            </w:pPr>
            <w:r>
              <w:rPr>
                <w:sz w:val="20"/>
              </w:rPr>
              <w:t>2026</w:t>
            </w:r>
          </w:p>
        </w:tc>
      </w:tr>
      <w:tr w:rsidR="00BB3020" w:rsidTr="00852BC8">
        <w:trPr>
          <w:jc w:val="center"/>
        </w:trPr>
        <w:tc>
          <w:tcPr>
            <w:tcW w:w="3402" w:type="dxa"/>
            <w:shd w:val="clear" w:color="auto" w:fill="EAF2F8"/>
            <w:tcMar>
              <w:top w:w="80" w:type="dxa"/>
              <w:left w:w="80" w:type="dxa"/>
              <w:bottom w:w="80" w:type="dxa"/>
              <w:right w:w="80" w:type="dxa"/>
            </w:tcMar>
            <w:vAlign w:val="center"/>
          </w:tcPr>
          <w:p w:rsidR="00BB3020" w:rsidRDefault="00BB3020" w:rsidP="00BB3020">
            <w:pPr>
              <w:spacing w:after="0"/>
            </w:pPr>
            <w:r>
              <w:rPr>
                <w:b/>
                <w:sz w:val="20"/>
              </w:rPr>
              <w:t>Data e publikimit/perditesimit:</w:t>
            </w:r>
          </w:p>
        </w:tc>
        <w:tc>
          <w:tcPr>
            <w:tcW w:w="6804" w:type="dxa"/>
            <w:tcBorders>
              <w:top w:val="single" w:sz="6" w:space="0" w:color="D9E2F3"/>
              <w:left w:val="single" w:sz="6" w:space="0" w:color="D9E2F3"/>
              <w:bottom w:val="single" w:sz="6" w:space="0" w:color="D9E2F3"/>
              <w:right w:val="single" w:sz="6" w:space="0" w:color="D9E2F3"/>
            </w:tcBorders>
            <w:tcMar>
              <w:top w:w="80" w:type="dxa"/>
              <w:left w:w="80" w:type="dxa"/>
              <w:bottom w:w="80" w:type="dxa"/>
              <w:right w:w="80" w:type="dxa"/>
            </w:tcMar>
            <w:vAlign w:val="center"/>
          </w:tcPr>
          <w:p w:rsidR="00BB3020" w:rsidRDefault="00BB3020" w:rsidP="00BB3020">
            <w:pPr>
              <w:spacing w:after="0"/>
            </w:pPr>
            <w:r>
              <w:rPr>
                <w:sz w:val="20"/>
              </w:rPr>
              <w:t>31/</w:t>
            </w:r>
            <w:r w:rsidR="005C2B52">
              <w:rPr>
                <w:sz w:val="20"/>
              </w:rPr>
              <w:t>07</w:t>
            </w:r>
            <w:r>
              <w:rPr>
                <w:sz w:val="20"/>
              </w:rPr>
              <w:t>/202</w:t>
            </w:r>
            <w:r w:rsidR="005C2B52">
              <w:rPr>
                <w:sz w:val="20"/>
              </w:rPr>
              <w:t>6</w:t>
            </w:r>
          </w:p>
        </w:tc>
      </w:tr>
    </w:tbl>
    <w:p w:rsidR="00A41085" w:rsidRDefault="00A41085">
      <w:pPr>
        <w:spacing w:after="100"/>
      </w:pPr>
    </w:p>
    <w:p w:rsidR="00A41085" w:rsidRDefault="00D123D9">
      <w:pPr>
        <w:spacing w:before="80" w:after="100"/>
      </w:pPr>
      <w:r>
        <w:rPr>
          <w:b/>
          <w:color w:val="1F4E79"/>
          <w:sz w:val="24"/>
        </w:rPr>
        <w:t>I. REGJISTRI PER PUBLIKIM</w:t>
      </w:r>
    </w:p>
    <w:tbl>
      <w:tblPr>
        <w:tblW w:w="0" w:type="auto"/>
        <w:jc w:val="center"/>
        <w:tblBorders>
          <w:top w:val="single" w:sz="4" w:space="0" w:color="9EADBC"/>
          <w:left w:val="single" w:sz="4" w:space="0" w:color="9EADBC"/>
          <w:bottom w:val="single" w:sz="4" w:space="0" w:color="9EADBC"/>
          <w:right w:val="single" w:sz="4" w:space="0" w:color="9EADBC"/>
          <w:insideH w:val="single" w:sz="4" w:space="0" w:color="9EADBC"/>
          <w:insideV w:val="single" w:sz="4" w:space="0" w:color="9EADBC"/>
        </w:tblBorders>
        <w:tblLayout w:type="fixed"/>
        <w:tblLook w:val="04A0" w:firstRow="1" w:lastRow="0" w:firstColumn="1" w:lastColumn="0" w:noHBand="0" w:noVBand="1"/>
      </w:tblPr>
      <w:tblGrid>
        <w:gridCol w:w="567"/>
        <w:gridCol w:w="1814"/>
        <w:gridCol w:w="1814"/>
        <w:gridCol w:w="2381"/>
        <w:gridCol w:w="1701"/>
        <w:gridCol w:w="2041"/>
        <w:gridCol w:w="2268"/>
        <w:gridCol w:w="1474"/>
        <w:gridCol w:w="1474"/>
      </w:tblGrid>
      <w:tr w:rsidR="005C2B52" w:rsidTr="005C2B52">
        <w:trPr>
          <w:tblHeader/>
          <w:jc w:val="center"/>
        </w:trPr>
        <w:tc>
          <w:tcPr>
            <w:tcW w:w="567" w:type="dxa"/>
            <w:shd w:val="clear" w:color="auto" w:fill="1F4E79"/>
            <w:tcMar>
              <w:top w:w="95" w:type="dxa"/>
              <w:left w:w="70" w:type="dxa"/>
              <w:bottom w:w="95" w:type="dxa"/>
              <w:right w:w="70" w:type="dxa"/>
            </w:tcMar>
            <w:vAlign w:val="center"/>
          </w:tcPr>
          <w:p w:rsidR="005C2B52" w:rsidRDefault="005C2B52">
            <w:pPr>
              <w:spacing w:after="0"/>
              <w:jc w:val="center"/>
            </w:pPr>
            <w:r>
              <w:rPr>
                <w:b/>
                <w:color w:val="FFFFFF"/>
                <w:sz w:val="17"/>
              </w:rPr>
              <w:t>Nr.</w:t>
            </w:r>
          </w:p>
        </w:tc>
        <w:tc>
          <w:tcPr>
            <w:tcW w:w="1814" w:type="dxa"/>
            <w:shd w:val="clear" w:color="auto" w:fill="1F4E79"/>
          </w:tcPr>
          <w:p w:rsidR="005C2B52" w:rsidRDefault="005C2B52">
            <w:pPr>
              <w:spacing w:after="0"/>
              <w:jc w:val="center"/>
              <w:rPr>
                <w:b/>
                <w:color w:val="FFFFFF"/>
                <w:sz w:val="17"/>
              </w:rPr>
            </w:pPr>
            <w:r>
              <w:rPr>
                <w:b/>
                <w:color w:val="FFFFFF"/>
                <w:sz w:val="17"/>
              </w:rPr>
              <w:t xml:space="preserve">Emer </w:t>
            </w:r>
            <w:proofErr w:type="spellStart"/>
            <w:r>
              <w:rPr>
                <w:b/>
                <w:color w:val="FFFFFF"/>
                <w:sz w:val="17"/>
              </w:rPr>
              <w:t>Mbiemër</w:t>
            </w:r>
            <w:proofErr w:type="spellEnd"/>
          </w:p>
        </w:tc>
        <w:tc>
          <w:tcPr>
            <w:tcW w:w="1814" w:type="dxa"/>
            <w:shd w:val="clear" w:color="auto" w:fill="1F4E79"/>
            <w:tcMar>
              <w:top w:w="95" w:type="dxa"/>
              <w:left w:w="70" w:type="dxa"/>
              <w:bottom w:w="95" w:type="dxa"/>
              <w:right w:w="70" w:type="dxa"/>
            </w:tcMar>
            <w:vAlign w:val="center"/>
          </w:tcPr>
          <w:p w:rsidR="005C2B52" w:rsidRDefault="005C2B52">
            <w:pPr>
              <w:spacing w:after="0"/>
              <w:jc w:val="center"/>
            </w:pPr>
            <w:r>
              <w:rPr>
                <w:b/>
                <w:color w:val="FFFFFF"/>
                <w:sz w:val="17"/>
              </w:rPr>
              <w:t>Nr. i vendimit gjyqesor</w:t>
            </w:r>
          </w:p>
        </w:tc>
        <w:tc>
          <w:tcPr>
            <w:tcW w:w="2381" w:type="dxa"/>
            <w:shd w:val="clear" w:color="auto" w:fill="1F4E79"/>
            <w:tcMar>
              <w:top w:w="95" w:type="dxa"/>
              <w:left w:w="70" w:type="dxa"/>
              <w:bottom w:w="95" w:type="dxa"/>
              <w:right w:w="70" w:type="dxa"/>
            </w:tcMar>
            <w:vAlign w:val="center"/>
          </w:tcPr>
          <w:p w:rsidR="005C2B52" w:rsidRDefault="005C2B52">
            <w:pPr>
              <w:spacing w:after="0"/>
              <w:jc w:val="center"/>
            </w:pPr>
            <w:r>
              <w:rPr>
                <w:b/>
                <w:color w:val="FFFFFF"/>
                <w:sz w:val="17"/>
              </w:rPr>
              <w:t>Gjykata</w:t>
            </w:r>
          </w:p>
        </w:tc>
        <w:tc>
          <w:tcPr>
            <w:tcW w:w="1701" w:type="dxa"/>
            <w:shd w:val="clear" w:color="auto" w:fill="1F4E79"/>
            <w:tcMar>
              <w:top w:w="95" w:type="dxa"/>
              <w:left w:w="70" w:type="dxa"/>
              <w:bottom w:w="95" w:type="dxa"/>
              <w:right w:w="70" w:type="dxa"/>
            </w:tcMar>
            <w:vAlign w:val="center"/>
          </w:tcPr>
          <w:p w:rsidR="005C2B52" w:rsidRDefault="005C2B52">
            <w:pPr>
              <w:spacing w:after="0"/>
              <w:jc w:val="center"/>
            </w:pPr>
            <w:r>
              <w:rPr>
                <w:b/>
                <w:color w:val="FFFFFF"/>
                <w:sz w:val="17"/>
              </w:rPr>
              <w:t>Data e formes se prere</w:t>
            </w:r>
          </w:p>
        </w:tc>
        <w:tc>
          <w:tcPr>
            <w:tcW w:w="2041" w:type="dxa"/>
            <w:shd w:val="clear" w:color="auto" w:fill="1F4E79"/>
            <w:tcMar>
              <w:top w:w="95" w:type="dxa"/>
              <w:left w:w="70" w:type="dxa"/>
              <w:bottom w:w="95" w:type="dxa"/>
              <w:right w:w="70" w:type="dxa"/>
            </w:tcMar>
            <w:vAlign w:val="center"/>
          </w:tcPr>
          <w:p w:rsidR="005C2B52" w:rsidRDefault="005C2B52">
            <w:pPr>
              <w:spacing w:after="0"/>
              <w:jc w:val="center"/>
            </w:pPr>
            <w:r>
              <w:rPr>
                <w:b/>
                <w:color w:val="FFFFFF"/>
                <w:sz w:val="17"/>
              </w:rPr>
              <w:t>Kategoria e ceshtjes</w:t>
            </w:r>
          </w:p>
        </w:tc>
        <w:tc>
          <w:tcPr>
            <w:tcW w:w="2268" w:type="dxa"/>
            <w:shd w:val="clear" w:color="auto" w:fill="1F4E79"/>
            <w:tcMar>
              <w:top w:w="95" w:type="dxa"/>
              <w:left w:w="70" w:type="dxa"/>
              <w:bottom w:w="95" w:type="dxa"/>
              <w:right w:w="70" w:type="dxa"/>
            </w:tcMar>
            <w:vAlign w:val="center"/>
          </w:tcPr>
          <w:p w:rsidR="005C2B52" w:rsidRDefault="005C2B52">
            <w:pPr>
              <w:spacing w:after="0"/>
              <w:jc w:val="center"/>
            </w:pPr>
            <w:r>
              <w:rPr>
                <w:b/>
                <w:color w:val="FFFFFF"/>
                <w:sz w:val="17"/>
              </w:rPr>
              <w:t>Faza e ekzekutimit</w:t>
            </w:r>
          </w:p>
        </w:tc>
        <w:tc>
          <w:tcPr>
            <w:tcW w:w="1474" w:type="dxa"/>
            <w:shd w:val="clear" w:color="auto" w:fill="1F4E79"/>
            <w:tcMar>
              <w:top w:w="95" w:type="dxa"/>
              <w:left w:w="70" w:type="dxa"/>
              <w:bottom w:w="95" w:type="dxa"/>
              <w:right w:w="70" w:type="dxa"/>
            </w:tcMar>
            <w:vAlign w:val="center"/>
          </w:tcPr>
          <w:p w:rsidR="005C2B52" w:rsidRDefault="005C2B52">
            <w:pPr>
              <w:spacing w:after="0"/>
              <w:jc w:val="center"/>
            </w:pPr>
            <w:r>
              <w:rPr>
                <w:b/>
                <w:color w:val="FFFFFF"/>
                <w:sz w:val="17"/>
              </w:rPr>
              <w:t>Afati / viti i parashikuar</w:t>
            </w:r>
          </w:p>
        </w:tc>
        <w:tc>
          <w:tcPr>
            <w:tcW w:w="1474" w:type="dxa"/>
            <w:shd w:val="clear" w:color="auto" w:fill="1F4E79"/>
            <w:tcMar>
              <w:top w:w="95" w:type="dxa"/>
              <w:left w:w="70" w:type="dxa"/>
              <w:bottom w:w="95" w:type="dxa"/>
              <w:right w:w="70" w:type="dxa"/>
            </w:tcMar>
            <w:vAlign w:val="center"/>
          </w:tcPr>
          <w:p w:rsidR="005C2B52" w:rsidRDefault="005C2B52">
            <w:pPr>
              <w:spacing w:after="0"/>
              <w:jc w:val="center"/>
            </w:pPr>
            <w:r>
              <w:rPr>
                <w:b/>
                <w:color w:val="FFFFFF"/>
                <w:sz w:val="17"/>
              </w:rPr>
              <w:t xml:space="preserve">Data e </w:t>
            </w:r>
            <w:proofErr w:type="spellStart"/>
            <w:r>
              <w:rPr>
                <w:b/>
                <w:color w:val="FFFFFF"/>
                <w:sz w:val="17"/>
              </w:rPr>
              <w:t>paraqitjes</w:t>
            </w:r>
            <w:proofErr w:type="spellEnd"/>
            <w:r>
              <w:rPr>
                <w:b/>
                <w:color w:val="FFFFFF"/>
                <w:sz w:val="17"/>
              </w:rPr>
              <w:t xml:space="preserve"> </w:t>
            </w:r>
            <w:proofErr w:type="spellStart"/>
            <w:r>
              <w:rPr>
                <w:b/>
                <w:color w:val="FFFFFF"/>
                <w:sz w:val="17"/>
              </w:rPr>
              <w:t>për</w:t>
            </w:r>
            <w:proofErr w:type="spellEnd"/>
            <w:r>
              <w:rPr>
                <w:b/>
                <w:color w:val="FFFFFF"/>
                <w:sz w:val="17"/>
              </w:rPr>
              <w:t xml:space="preserve"> </w:t>
            </w:r>
            <w:proofErr w:type="spellStart"/>
            <w:r>
              <w:rPr>
                <w:b/>
                <w:color w:val="FFFFFF"/>
                <w:sz w:val="17"/>
              </w:rPr>
              <w:t>ekzekutim</w:t>
            </w:r>
            <w:proofErr w:type="spellEnd"/>
          </w:p>
        </w:tc>
      </w:tr>
      <w:tr w:rsidR="005C2B52" w:rsidTr="005C2B52">
        <w:trPr>
          <w:jc w:val="center"/>
        </w:trPr>
        <w:tc>
          <w:tcPr>
            <w:tcW w:w="567" w:type="dxa"/>
            <w:tcMar>
              <w:top w:w="90" w:type="dxa"/>
              <w:left w:w="70" w:type="dxa"/>
              <w:bottom w:w="90" w:type="dxa"/>
              <w:right w:w="70" w:type="dxa"/>
            </w:tcMar>
            <w:vAlign w:val="center"/>
          </w:tcPr>
          <w:p w:rsidR="005C2B52" w:rsidRDefault="005C2B52">
            <w:pPr>
              <w:spacing w:after="0"/>
              <w:jc w:val="center"/>
            </w:pPr>
            <w:r>
              <w:rPr>
                <w:sz w:val="17"/>
              </w:rPr>
              <w:t>1</w:t>
            </w:r>
          </w:p>
        </w:tc>
        <w:tc>
          <w:tcPr>
            <w:tcW w:w="1814" w:type="dxa"/>
          </w:tcPr>
          <w:p w:rsidR="005C2B52" w:rsidRPr="005C2B52" w:rsidRDefault="005C2B52" w:rsidP="00BB3020">
            <w:pPr>
              <w:jc w:val="center"/>
              <w:rPr>
                <w:color w:val="000000"/>
                <w:sz w:val="18"/>
                <w:szCs w:val="18"/>
              </w:rPr>
            </w:pPr>
            <w:proofErr w:type="spellStart"/>
            <w:r w:rsidRPr="005C2B52">
              <w:rPr>
                <w:sz w:val="18"/>
                <w:szCs w:val="18"/>
              </w:rPr>
              <w:t>Artan</w:t>
            </w:r>
            <w:proofErr w:type="spellEnd"/>
            <w:r w:rsidRPr="005C2B52">
              <w:rPr>
                <w:sz w:val="18"/>
                <w:szCs w:val="18"/>
              </w:rPr>
              <w:t xml:space="preserve"> </w:t>
            </w:r>
            <w:proofErr w:type="spellStart"/>
            <w:r w:rsidRPr="005C2B52">
              <w:rPr>
                <w:sz w:val="18"/>
                <w:szCs w:val="18"/>
              </w:rPr>
              <w:t>Murrizi</w:t>
            </w:r>
            <w:proofErr w:type="spellEnd"/>
          </w:p>
        </w:tc>
        <w:tc>
          <w:tcPr>
            <w:tcW w:w="1814" w:type="dxa"/>
            <w:tcMar>
              <w:top w:w="90" w:type="dxa"/>
              <w:left w:w="70" w:type="dxa"/>
              <w:bottom w:w="90" w:type="dxa"/>
              <w:right w:w="70" w:type="dxa"/>
            </w:tcMar>
            <w:vAlign w:val="center"/>
          </w:tcPr>
          <w:p w:rsidR="005C2B52" w:rsidRPr="005C2B52" w:rsidRDefault="005C2B52" w:rsidP="00BB3020">
            <w:pPr>
              <w:jc w:val="center"/>
              <w:rPr>
                <w:color w:val="000000"/>
                <w:sz w:val="18"/>
                <w:szCs w:val="18"/>
              </w:rPr>
            </w:pPr>
            <w:r w:rsidRPr="005C2B52">
              <w:rPr>
                <w:color w:val="000000"/>
                <w:sz w:val="18"/>
                <w:szCs w:val="18"/>
              </w:rPr>
              <w:t>2132</w:t>
            </w:r>
          </w:p>
        </w:tc>
        <w:tc>
          <w:tcPr>
            <w:tcW w:w="2381" w:type="dxa"/>
            <w:tcMar>
              <w:top w:w="90" w:type="dxa"/>
              <w:left w:w="70" w:type="dxa"/>
              <w:bottom w:w="90" w:type="dxa"/>
              <w:right w:w="70" w:type="dxa"/>
            </w:tcMar>
            <w:vAlign w:val="center"/>
          </w:tcPr>
          <w:p w:rsidR="005C2B52" w:rsidRPr="005C2B52" w:rsidRDefault="005C2B52">
            <w:pPr>
              <w:spacing w:after="0"/>
              <w:rPr>
                <w:sz w:val="18"/>
                <w:szCs w:val="18"/>
              </w:rPr>
            </w:pPr>
            <w:proofErr w:type="spellStart"/>
            <w:r w:rsidRPr="005C2B52">
              <w:rPr>
                <w:sz w:val="18"/>
                <w:szCs w:val="18"/>
              </w:rPr>
              <w:t>Gjykata</w:t>
            </w:r>
            <w:proofErr w:type="spellEnd"/>
            <w:r w:rsidRPr="005C2B52">
              <w:rPr>
                <w:sz w:val="18"/>
                <w:szCs w:val="18"/>
              </w:rPr>
              <w:t xml:space="preserve"> Administrative e </w:t>
            </w:r>
            <w:proofErr w:type="spellStart"/>
            <w:r w:rsidRPr="005C2B52">
              <w:rPr>
                <w:sz w:val="18"/>
                <w:szCs w:val="18"/>
              </w:rPr>
              <w:t>Apelit</w:t>
            </w:r>
            <w:proofErr w:type="spellEnd"/>
            <w:r w:rsidRPr="005C2B52">
              <w:rPr>
                <w:sz w:val="18"/>
                <w:szCs w:val="18"/>
              </w:rPr>
              <w:t xml:space="preserve"> </w:t>
            </w:r>
            <w:proofErr w:type="spellStart"/>
            <w:r w:rsidRPr="005C2B52">
              <w:rPr>
                <w:sz w:val="18"/>
                <w:szCs w:val="18"/>
              </w:rPr>
              <w:t>Tiranë</w:t>
            </w:r>
            <w:proofErr w:type="spellEnd"/>
          </w:p>
        </w:tc>
        <w:tc>
          <w:tcPr>
            <w:tcW w:w="1701" w:type="dxa"/>
            <w:tcMar>
              <w:top w:w="90" w:type="dxa"/>
              <w:left w:w="70" w:type="dxa"/>
              <w:bottom w:w="90" w:type="dxa"/>
              <w:right w:w="70" w:type="dxa"/>
            </w:tcMar>
            <w:vAlign w:val="center"/>
          </w:tcPr>
          <w:p w:rsidR="005C2B52" w:rsidRPr="005C2B52" w:rsidRDefault="005C2B52">
            <w:pPr>
              <w:spacing w:after="0"/>
              <w:jc w:val="center"/>
              <w:rPr>
                <w:sz w:val="18"/>
                <w:szCs w:val="18"/>
              </w:rPr>
            </w:pPr>
            <w:r w:rsidRPr="005C2B52">
              <w:rPr>
                <w:sz w:val="18"/>
                <w:szCs w:val="18"/>
              </w:rPr>
              <w:t>14.10.2015</w:t>
            </w:r>
          </w:p>
        </w:tc>
        <w:tc>
          <w:tcPr>
            <w:tcW w:w="2041" w:type="dxa"/>
            <w:tcMar>
              <w:top w:w="90" w:type="dxa"/>
              <w:left w:w="70" w:type="dxa"/>
              <w:bottom w:w="90" w:type="dxa"/>
              <w:right w:w="70" w:type="dxa"/>
            </w:tcMar>
            <w:vAlign w:val="center"/>
          </w:tcPr>
          <w:p w:rsidR="005C2B52" w:rsidRPr="005C2B52" w:rsidRDefault="005C2B52">
            <w:pPr>
              <w:spacing w:after="0"/>
              <w:rPr>
                <w:sz w:val="18"/>
                <w:szCs w:val="18"/>
              </w:rPr>
            </w:pPr>
            <w:r w:rsidRPr="005C2B52">
              <w:rPr>
                <w:sz w:val="18"/>
                <w:szCs w:val="18"/>
              </w:rPr>
              <w:t>Marredhenie pune</w:t>
            </w:r>
          </w:p>
        </w:tc>
        <w:tc>
          <w:tcPr>
            <w:tcW w:w="2268" w:type="dxa"/>
            <w:tcMar>
              <w:top w:w="90" w:type="dxa"/>
              <w:left w:w="70" w:type="dxa"/>
              <w:bottom w:w="90" w:type="dxa"/>
              <w:right w:w="70" w:type="dxa"/>
            </w:tcMar>
            <w:vAlign w:val="center"/>
          </w:tcPr>
          <w:p w:rsidR="005C2B52" w:rsidRPr="005C2B52" w:rsidRDefault="005C2B52">
            <w:pPr>
              <w:spacing w:after="0"/>
              <w:rPr>
                <w:sz w:val="18"/>
                <w:szCs w:val="18"/>
              </w:rPr>
            </w:pPr>
            <w:proofErr w:type="spellStart"/>
            <w:r w:rsidRPr="005C2B52">
              <w:rPr>
                <w:sz w:val="18"/>
                <w:szCs w:val="18"/>
              </w:rPr>
              <w:t>Pjeserisht</w:t>
            </w:r>
            <w:proofErr w:type="spellEnd"/>
            <w:r w:rsidRPr="005C2B52">
              <w:rPr>
                <w:sz w:val="18"/>
                <w:szCs w:val="18"/>
              </w:rPr>
              <w:t xml:space="preserve"> </w:t>
            </w:r>
            <w:proofErr w:type="spellStart"/>
            <w:r w:rsidRPr="005C2B52">
              <w:rPr>
                <w:sz w:val="18"/>
                <w:szCs w:val="18"/>
              </w:rPr>
              <w:t>i</w:t>
            </w:r>
            <w:proofErr w:type="spellEnd"/>
            <w:r w:rsidRPr="005C2B52">
              <w:rPr>
                <w:sz w:val="18"/>
                <w:szCs w:val="18"/>
              </w:rPr>
              <w:t xml:space="preserve"> </w:t>
            </w:r>
            <w:proofErr w:type="spellStart"/>
            <w:r w:rsidRPr="005C2B52">
              <w:rPr>
                <w:sz w:val="18"/>
                <w:szCs w:val="18"/>
              </w:rPr>
              <w:t>ekzekutuar</w:t>
            </w:r>
            <w:proofErr w:type="spellEnd"/>
          </w:p>
        </w:tc>
        <w:tc>
          <w:tcPr>
            <w:tcW w:w="1474" w:type="dxa"/>
            <w:tcMar>
              <w:top w:w="90" w:type="dxa"/>
              <w:left w:w="70" w:type="dxa"/>
              <w:bottom w:w="90" w:type="dxa"/>
              <w:right w:w="70" w:type="dxa"/>
            </w:tcMar>
            <w:vAlign w:val="center"/>
          </w:tcPr>
          <w:p w:rsidR="005C2B52" w:rsidRPr="005C2B52" w:rsidRDefault="005C2B52">
            <w:pPr>
              <w:spacing w:after="0"/>
              <w:jc w:val="center"/>
              <w:rPr>
                <w:sz w:val="18"/>
                <w:szCs w:val="18"/>
              </w:rPr>
            </w:pPr>
            <w:r w:rsidRPr="005C2B52">
              <w:rPr>
                <w:sz w:val="18"/>
                <w:szCs w:val="18"/>
              </w:rPr>
              <w:t>2026</w:t>
            </w:r>
          </w:p>
        </w:tc>
        <w:tc>
          <w:tcPr>
            <w:tcW w:w="1474" w:type="dxa"/>
            <w:tcMar>
              <w:top w:w="90" w:type="dxa"/>
              <w:left w:w="70" w:type="dxa"/>
              <w:bottom w:w="90" w:type="dxa"/>
              <w:right w:w="70" w:type="dxa"/>
            </w:tcMar>
            <w:vAlign w:val="center"/>
          </w:tcPr>
          <w:p w:rsidR="005C2B52" w:rsidRPr="005C2B52" w:rsidRDefault="005C2B52">
            <w:pPr>
              <w:spacing w:after="0"/>
              <w:rPr>
                <w:sz w:val="18"/>
                <w:szCs w:val="18"/>
              </w:rPr>
            </w:pPr>
            <w:r w:rsidRPr="005C2B52">
              <w:rPr>
                <w:sz w:val="18"/>
                <w:szCs w:val="18"/>
              </w:rPr>
              <w:t>06.07.2016</w:t>
            </w:r>
          </w:p>
        </w:tc>
      </w:tr>
      <w:tr w:rsidR="005C2B52" w:rsidTr="005C2B52">
        <w:trPr>
          <w:jc w:val="center"/>
        </w:trPr>
        <w:tc>
          <w:tcPr>
            <w:tcW w:w="567" w:type="dxa"/>
            <w:shd w:val="clear" w:color="auto" w:fill="F7FBFD"/>
            <w:tcMar>
              <w:top w:w="90" w:type="dxa"/>
              <w:left w:w="70" w:type="dxa"/>
              <w:bottom w:w="90" w:type="dxa"/>
              <w:right w:w="70" w:type="dxa"/>
            </w:tcMar>
            <w:vAlign w:val="center"/>
          </w:tcPr>
          <w:p w:rsidR="005C2B52" w:rsidRDefault="005C2B52">
            <w:pPr>
              <w:spacing w:after="0"/>
              <w:jc w:val="center"/>
            </w:pPr>
            <w:r>
              <w:rPr>
                <w:sz w:val="17"/>
              </w:rPr>
              <w:t>2</w:t>
            </w:r>
          </w:p>
        </w:tc>
        <w:tc>
          <w:tcPr>
            <w:tcW w:w="1814" w:type="dxa"/>
            <w:shd w:val="clear" w:color="auto" w:fill="F7FBFD"/>
          </w:tcPr>
          <w:p w:rsidR="005C2B52" w:rsidRPr="005C2B52" w:rsidRDefault="005C2B52">
            <w:pPr>
              <w:spacing w:after="0"/>
              <w:jc w:val="center"/>
              <w:rPr>
                <w:sz w:val="18"/>
                <w:szCs w:val="18"/>
              </w:rPr>
            </w:pPr>
            <w:r w:rsidRPr="005C2B52">
              <w:rPr>
                <w:sz w:val="18"/>
                <w:szCs w:val="18"/>
              </w:rPr>
              <w:t>Juliana Hoxha</w:t>
            </w:r>
          </w:p>
        </w:tc>
        <w:tc>
          <w:tcPr>
            <w:tcW w:w="1814" w:type="dxa"/>
            <w:shd w:val="clear" w:color="auto" w:fill="F7FBFD"/>
            <w:tcMar>
              <w:top w:w="90" w:type="dxa"/>
              <w:left w:w="70" w:type="dxa"/>
              <w:bottom w:w="90" w:type="dxa"/>
              <w:right w:w="70" w:type="dxa"/>
            </w:tcMar>
            <w:vAlign w:val="center"/>
          </w:tcPr>
          <w:p w:rsidR="005C2B52" w:rsidRPr="005C2B52" w:rsidRDefault="005C2B52">
            <w:pPr>
              <w:spacing w:after="0"/>
              <w:jc w:val="center"/>
              <w:rPr>
                <w:sz w:val="18"/>
                <w:szCs w:val="18"/>
              </w:rPr>
            </w:pPr>
            <w:r w:rsidRPr="005C2B52">
              <w:rPr>
                <w:sz w:val="18"/>
                <w:szCs w:val="18"/>
              </w:rPr>
              <w:t>2911</w:t>
            </w:r>
          </w:p>
        </w:tc>
        <w:tc>
          <w:tcPr>
            <w:tcW w:w="2381" w:type="dxa"/>
            <w:shd w:val="clear" w:color="auto" w:fill="F7FBFD"/>
            <w:tcMar>
              <w:top w:w="90" w:type="dxa"/>
              <w:left w:w="70" w:type="dxa"/>
              <w:bottom w:w="90" w:type="dxa"/>
              <w:right w:w="70" w:type="dxa"/>
            </w:tcMar>
            <w:vAlign w:val="center"/>
          </w:tcPr>
          <w:p w:rsidR="005C2B52" w:rsidRPr="005C2B52" w:rsidRDefault="005C2B52">
            <w:pPr>
              <w:spacing w:after="0"/>
              <w:rPr>
                <w:sz w:val="18"/>
                <w:szCs w:val="18"/>
              </w:rPr>
            </w:pPr>
            <w:proofErr w:type="spellStart"/>
            <w:r w:rsidRPr="005C2B52">
              <w:rPr>
                <w:sz w:val="18"/>
                <w:szCs w:val="18"/>
              </w:rPr>
              <w:t>Gjykata</w:t>
            </w:r>
            <w:proofErr w:type="spellEnd"/>
            <w:r w:rsidRPr="005C2B52">
              <w:rPr>
                <w:sz w:val="18"/>
                <w:szCs w:val="18"/>
              </w:rPr>
              <w:t xml:space="preserve"> Administrative e </w:t>
            </w:r>
            <w:proofErr w:type="spellStart"/>
            <w:r w:rsidRPr="005C2B52">
              <w:rPr>
                <w:sz w:val="18"/>
                <w:szCs w:val="18"/>
              </w:rPr>
              <w:t>Apelit</w:t>
            </w:r>
            <w:proofErr w:type="spellEnd"/>
            <w:r w:rsidRPr="005C2B52">
              <w:rPr>
                <w:sz w:val="18"/>
                <w:szCs w:val="18"/>
              </w:rPr>
              <w:t xml:space="preserve"> </w:t>
            </w:r>
            <w:proofErr w:type="spellStart"/>
            <w:r w:rsidRPr="005C2B52">
              <w:rPr>
                <w:sz w:val="18"/>
                <w:szCs w:val="18"/>
              </w:rPr>
              <w:t>Tiranë</w:t>
            </w:r>
            <w:proofErr w:type="spellEnd"/>
          </w:p>
        </w:tc>
        <w:tc>
          <w:tcPr>
            <w:tcW w:w="1701" w:type="dxa"/>
            <w:shd w:val="clear" w:color="auto" w:fill="F7FBFD"/>
            <w:tcMar>
              <w:top w:w="90" w:type="dxa"/>
              <w:left w:w="70" w:type="dxa"/>
              <w:bottom w:w="90" w:type="dxa"/>
              <w:right w:w="70" w:type="dxa"/>
            </w:tcMar>
            <w:vAlign w:val="center"/>
          </w:tcPr>
          <w:p w:rsidR="005C2B52" w:rsidRPr="005C2B52" w:rsidRDefault="005C2B52">
            <w:pPr>
              <w:spacing w:after="0"/>
              <w:jc w:val="center"/>
              <w:rPr>
                <w:sz w:val="18"/>
                <w:szCs w:val="18"/>
              </w:rPr>
            </w:pPr>
            <w:r w:rsidRPr="005C2B52">
              <w:rPr>
                <w:sz w:val="18"/>
                <w:szCs w:val="18"/>
              </w:rPr>
              <w:t>05.11.2019</w:t>
            </w:r>
          </w:p>
        </w:tc>
        <w:tc>
          <w:tcPr>
            <w:tcW w:w="2041" w:type="dxa"/>
            <w:shd w:val="clear" w:color="auto" w:fill="F7FBFD"/>
            <w:tcMar>
              <w:top w:w="90" w:type="dxa"/>
              <w:left w:w="70" w:type="dxa"/>
              <w:bottom w:w="90" w:type="dxa"/>
              <w:right w:w="70" w:type="dxa"/>
            </w:tcMar>
            <w:vAlign w:val="center"/>
          </w:tcPr>
          <w:p w:rsidR="005C2B52" w:rsidRPr="005C2B52" w:rsidRDefault="005C2B52">
            <w:pPr>
              <w:spacing w:after="0"/>
              <w:rPr>
                <w:sz w:val="18"/>
                <w:szCs w:val="18"/>
              </w:rPr>
            </w:pPr>
            <w:proofErr w:type="spellStart"/>
            <w:r w:rsidRPr="005C2B52">
              <w:rPr>
                <w:sz w:val="18"/>
                <w:szCs w:val="18"/>
              </w:rPr>
              <w:t>Marredhenie</w:t>
            </w:r>
            <w:proofErr w:type="spellEnd"/>
            <w:r w:rsidRPr="005C2B52">
              <w:rPr>
                <w:sz w:val="18"/>
                <w:szCs w:val="18"/>
              </w:rPr>
              <w:t xml:space="preserve"> </w:t>
            </w:r>
            <w:proofErr w:type="spellStart"/>
            <w:r w:rsidRPr="005C2B52">
              <w:rPr>
                <w:sz w:val="18"/>
                <w:szCs w:val="18"/>
              </w:rPr>
              <w:t>pune</w:t>
            </w:r>
            <w:proofErr w:type="spellEnd"/>
          </w:p>
        </w:tc>
        <w:tc>
          <w:tcPr>
            <w:tcW w:w="2268" w:type="dxa"/>
            <w:shd w:val="clear" w:color="auto" w:fill="F7FBFD"/>
            <w:tcMar>
              <w:top w:w="90" w:type="dxa"/>
              <w:left w:w="70" w:type="dxa"/>
              <w:bottom w:w="90" w:type="dxa"/>
              <w:right w:w="70" w:type="dxa"/>
            </w:tcMar>
            <w:vAlign w:val="center"/>
          </w:tcPr>
          <w:p w:rsidR="005C2B52" w:rsidRPr="005C2B52" w:rsidRDefault="005C2B52">
            <w:pPr>
              <w:spacing w:after="0"/>
              <w:rPr>
                <w:sz w:val="18"/>
                <w:szCs w:val="18"/>
              </w:rPr>
            </w:pPr>
            <w:proofErr w:type="spellStart"/>
            <w:r w:rsidRPr="005C2B52">
              <w:rPr>
                <w:sz w:val="18"/>
                <w:szCs w:val="18"/>
              </w:rPr>
              <w:t>Pjeserisht</w:t>
            </w:r>
            <w:proofErr w:type="spellEnd"/>
            <w:r w:rsidRPr="005C2B52">
              <w:rPr>
                <w:sz w:val="18"/>
                <w:szCs w:val="18"/>
              </w:rPr>
              <w:t xml:space="preserve"> </w:t>
            </w:r>
            <w:proofErr w:type="spellStart"/>
            <w:r w:rsidRPr="005C2B52">
              <w:rPr>
                <w:sz w:val="18"/>
                <w:szCs w:val="18"/>
              </w:rPr>
              <w:t>i</w:t>
            </w:r>
            <w:proofErr w:type="spellEnd"/>
            <w:r w:rsidRPr="005C2B52">
              <w:rPr>
                <w:sz w:val="18"/>
                <w:szCs w:val="18"/>
              </w:rPr>
              <w:t xml:space="preserve"> </w:t>
            </w:r>
            <w:proofErr w:type="spellStart"/>
            <w:r w:rsidRPr="005C2B52">
              <w:rPr>
                <w:sz w:val="18"/>
                <w:szCs w:val="18"/>
              </w:rPr>
              <w:t>ekzekutuar</w:t>
            </w:r>
            <w:proofErr w:type="spellEnd"/>
          </w:p>
        </w:tc>
        <w:tc>
          <w:tcPr>
            <w:tcW w:w="1474" w:type="dxa"/>
            <w:shd w:val="clear" w:color="auto" w:fill="F7FBFD"/>
            <w:tcMar>
              <w:top w:w="90" w:type="dxa"/>
              <w:left w:w="70" w:type="dxa"/>
              <w:bottom w:w="90" w:type="dxa"/>
              <w:right w:w="70" w:type="dxa"/>
            </w:tcMar>
            <w:vAlign w:val="center"/>
          </w:tcPr>
          <w:p w:rsidR="005C2B52" w:rsidRPr="005C2B52" w:rsidRDefault="005C2B52">
            <w:pPr>
              <w:spacing w:after="0"/>
              <w:jc w:val="center"/>
              <w:rPr>
                <w:sz w:val="18"/>
                <w:szCs w:val="18"/>
              </w:rPr>
            </w:pPr>
            <w:r w:rsidRPr="005C2B52">
              <w:rPr>
                <w:sz w:val="18"/>
                <w:szCs w:val="18"/>
              </w:rPr>
              <w:t>2026</w:t>
            </w:r>
          </w:p>
        </w:tc>
        <w:tc>
          <w:tcPr>
            <w:tcW w:w="1474" w:type="dxa"/>
            <w:shd w:val="clear" w:color="auto" w:fill="F7FBFD"/>
            <w:tcMar>
              <w:top w:w="90" w:type="dxa"/>
              <w:left w:w="70" w:type="dxa"/>
              <w:bottom w:w="90" w:type="dxa"/>
              <w:right w:w="70" w:type="dxa"/>
            </w:tcMar>
            <w:vAlign w:val="center"/>
          </w:tcPr>
          <w:p w:rsidR="005C2B52" w:rsidRPr="005C2B52" w:rsidRDefault="005C2B52">
            <w:pPr>
              <w:spacing w:after="0"/>
              <w:rPr>
                <w:sz w:val="18"/>
                <w:szCs w:val="18"/>
              </w:rPr>
            </w:pPr>
            <w:r w:rsidRPr="005C2B52">
              <w:rPr>
                <w:sz w:val="18"/>
                <w:szCs w:val="18"/>
              </w:rPr>
              <w:t>29.01.2020</w:t>
            </w:r>
          </w:p>
        </w:tc>
      </w:tr>
      <w:tr w:rsidR="005C2B52" w:rsidTr="005C2B52">
        <w:trPr>
          <w:jc w:val="center"/>
        </w:trPr>
        <w:tc>
          <w:tcPr>
            <w:tcW w:w="567" w:type="dxa"/>
            <w:tcMar>
              <w:top w:w="90" w:type="dxa"/>
              <w:left w:w="70" w:type="dxa"/>
              <w:bottom w:w="90" w:type="dxa"/>
              <w:right w:w="70" w:type="dxa"/>
            </w:tcMar>
            <w:vAlign w:val="center"/>
          </w:tcPr>
          <w:p w:rsidR="005C2B52" w:rsidRDefault="005C2B52">
            <w:pPr>
              <w:spacing w:after="0"/>
              <w:jc w:val="center"/>
            </w:pPr>
            <w:r>
              <w:rPr>
                <w:sz w:val="17"/>
              </w:rPr>
              <w:t>3</w:t>
            </w:r>
          </w:p>
        </w:tc>
        <w:tc>
          <w:tcPr>
            <w:tcW w:w="1814" w:type="dxa"/>
          </w:tcPr>
          <w:p w:rsidR="005C2B52" w:rsidRPr="005C2B52" w:rsidRDefault="008353A9">
            <w:pPr>
              <w:spacing w:after="0"/>
              <w:jc w:val="center"/>
              <w:rPr>
                <w:sz w:val="18"/>
                <w:szCs w:val="18"/>
              </w:rPr>
            </w:pPr>
            <w:proofErr w:type="spellStart"/>
            <w:r>
              <w:rPr>
                <w:sz w:val="18"/>
                <w:szCs w:val="18"/>
              </w:rPr>
              <w:t>Bledar</w:t>
            </w:r>
            <w:proofErr w:type="spellEnd"/>
            <w:r>
              <w:rPr>
                <w:sz w:val="18"/>
                <w:szCs w:val="18"/>
              </w:rPr>
              <w:t xml:space="preserve"> </w:t>
            </w:r>
            <w:proofErr w:type="spellStart"/>
            <w:r>
              <w:rPr>
                <w:sz w:val="18"/>
                <w:szCs w:val="18"/>
              </w:rPr>
              <w:t>Kabashi</w:t>
            </w:r>
            <w:proofErr w:type="spellEnd"/>
          </w:p>
        </w:tc>
        <w:tc>
          <w:tcPr>
            <w:tcW w:w="1814" w:type="dxa"/>
            <w:tcMar>
              <w:top w:w="90" w:type="dxa"/>
              <w:left w:w="70" w:type="dxa"/>
              <w:bottom w:w="90" w:type="dxa"/>
              <w:right w:w="70" w:type="dxa"/>
            </w:tcMar>
            <w:vAlign w:val="center"/>
          </w:tcPr>
          <w:p w:rsidR="005C2B52" w:rsidRPr="005C2B52" w:rsidRDefault="008353A9">
            <w:pPr>
              <w:spacing w:after="0"/>
              <w:jc w:val="center"/>
              <w:rPr>
                <w:sz w:val="18"/>
                <w:szCs w:val="18"/>
              </w:rPr>
            </w:pPr>
            <w:r>
              <w:rPr>
                <w:sz w:val="18"/>
                <w:szCs w:val="18"/>
              </w:rPr>
              <w:t>392</w:t>
            </w:r>
          </w:p>
        </w:tc>
        <w:tc>
          <w:tcPr>
            <w:tcW w:w="2381" w:type="dxa"/>
            <w:tcMar>
              <w:top w:w="90" w:type="dxa"/>
              <w:left w:w="70" w:type="dxa"/>
              <w:bottom w:w="90" w:type="dxa"/>
              <w:right w:w="70" w:type="dxa"/>
            </w:tcMar>
            <w:vAlign w:val="center"/>
          </w:tcPr>
          <w:p w:rsidR="005C2B52" w:rsidRPr="005C2B52" w:rsidRDefault="005C2B52">
            <w:pPr>
              <w:spacing w:after="0"/>
              <w:rPr>
                <w:sz w:val="18"/>
                <w:szCs w:val="18"/>
              </w:rPr>
            </w:pPr>
            <w:proofErr w:type="spellStart"/>
            <w:r w:rsidRPr="005C2B52">
              <w:rPr>
                <w:sz w:val="18"/>
                <w:szCs w:val="18"/>
              </w:rPr>
              <w:t>Gjykata</w:t>
            </w:r>
            <w:proofErr w:type="spellEnd"/>
            <w:r w:rsidRPr="005C2B52">
              <w:rPr>
                <w:sz w:val="18"/>
                <w:szCs w:val="18"/>
              </w:rPr>
              <w:t xml:space="preserve"> Administrative e </w:t>
            </w:r>
            <w:proofErr w:type="spellStart"/>
            <w:r w:rsidRPr="005C2B52">
              <w:rPr>
                <w:sz w:val="18"/>
                <w:szCs w:val="18"/>
              </w:rPr>
              <w:t>Apelit</w:t>
            </w:r>
            <w:proofErr w:type="spellEnd"/>
            <w:r w:rsidRPr="005C2B52">
              <w:rPr>
                <w:sz w:val="18"/>
                <w:szCs w:val="18"/>
              </w:rPr>
              <w:t xml:space="preserve"> </w:t>
            </w:r>
            <w:proofErr w:type="spellStart"/>
            <w:r w:rsidRPr="005C2B52">
              <w:rPr>
                <w:sz w:val="18"/>
                <w:szCs w:val="18"/>
              </w:rPr>
              <w:t>Tiranë</w:t>
            </w:r>
            <w:proofErr w:type="spellEnd"/>
          </w:p>
        </w:tc>
        <w:tc>
          <w:tcPr>
            <w:tcW w:w="1701" w:type="dxa"/>
            <w:tcMar>
              <w:top w:w="90" w:type="dxa"/>
              <w:left w:w="70" w:type="dxa"/>
              <w:bottom w:w="90" w:type="dxa"/>
              <w:right w:w="70" w:type="dxa"/>
            </w:tcMar>
            <w:vAlign w:val="center"/>
          </w:tcPr>
          <w:p w:rsidR="005C2B52" w:rsidRPr="005C2B52" w:rsidRDefault="008353A9">
            <w:pPr>
              <w:spacing w:after="0"/>
              <w:jc w:val="center"/>
              <w:rPr>
                <w:sz w:val="18"/>
                <w:szCs w:val="18"/>
              </w:rPr>
            </w:pPr>
            <w:r>
              <w:rPr>
                <w:sz w:val="18"/>
                <w:szCs w:val="18"/>
              </w:rPr>
              <w:t>21.10.2022</w:t>
            </w:r>
          </w:p>
        </w:tc>
        <w:tc>
          <w:tcPr>
            <w:tcW w:w="2041" w:type="dxa"/>
            <w:tcMar>
              <w:top w:w="90" w:type="dxa"/>
              <w:left w:w="70" w:type="dxa"/>
              <w:bottom w:w="90" w:type="dxa"/>
              <w:right w:w="70" w:type="dxa"/>
            </w:tcMar>
            <w:vAlign w:val="center"/>
          </w:tcPr>
          <w:p w:rsidR="005C2B52" w:rsidRPr="005C2B52" w:rsidRDefault="005C2B52">
            <w:pPr>
              <w:spacing w:after="0"/>
              <w:rPr>
                <w:sz w:val="18"/>
                <w:szCs w:val="18"/>
              </w:rPr>
            </w:pPr>
            <w:proofErr w:type="spellStart"/>
            <w:r w:rsidRPr="005C2B52">
              <w:rPr>
                <w:sz w:val="18"/>
                <w:szCs w:val="18"/>
              </w:rPr>
              <w:t>Marredhenie</w:t>
            </w:r>
            <w:proofErr w:type="spellEnd"/>
            <w:r w:rsidRPr="005C2B52">
              <w:rPr>
                <w:sz w:val="18"/>
                <w:szCs w:val="18"/>
              </w:rPr>
              <w:t xml:space="preserve"> </w:t>
            </w:r>
            <w:proofErr w:type="spellStart"/>
            <w:r w:rsidRPr="005C2B52">
              <w:rPr>
                <w:sz w:val="18"/>
                <w:szCs w:val="18"/>
              </w:rPr>
              <w:t>pune</w:t>
            </w:r>
            <w:proofErr w:type="spellEnd"/>
          </w:p>
        </w:tc>
        <w:tc>
          <w:tcPr>
            <w:tcW w:w="2268" w:type="dxa"/>
            <w:tcMar>
              <w:top w:w="90" w:type="dxa"/>
              <w:left w:w="70" w:type="dxa"/>
              <w:bottom w:w="90" w:type="dxa"/>
              <w:right w:w="70" w:type="dxa"/>
            </w:tcMar>
            <w:vAlign w:val="center"/>
          </w:tcPr>
          <w:p w:rsidR="005C2B52" w:rsidRPr="005C2B52" w:rsidRDefault="005C2B52">
            <w:pPr>
              <w:spacing w:after="0"/>
              <w:rPr>
                <w:sz w:val="18"/>
                <w:szCs w:val="18"/>
              </w:rPr>
            </w:pPr>
            <w:r w:rsidRPr="005C2B52">
              <w:rPr>
                <w:sz w:val="18"/>
                <w:szCs w:val="18"/>
              </w:rPr>
              <w:t>Pjeserisht i ekzekutuar</w:t>
            </w:r>
          </w:p>
        </w:tc>
        <w:tc>
          <w:tcPr>
            <w:tcW w:w="1474" w:type="dxa"/>
            <w:tcMar>
              <w:top w:w="90" w:type="dxa"/>
              <w:left w:w="70" w:type="dxa"/>
              <w:bottom w:w="90" w:type="dxa"/>
              <w:right w:w="70" w:type="dxa"/>
            </w:tcMar>
            <w:vAlign w:val="center"/>
          </w:tcPr>
          <w:p w:rsidR="005C2B52" w:rsidRPr="005C2B52" w:rsidRDefault="005C2B52">
            <w:pPr>
              <w:spacing w:after="0"/>
              <w:jc w:val="center"/>
              <w:rPr>
                <w:sz w:val="18"/>
                <w:szCs w:val="18"/>
              </w:rPr>
            </w:pPr>
            <w:r w:rsidRPr="005C2B52">
              <w:rPr>
                <w:sz w:val="18"/>
                <w:szCs w:val="18"/>
              </w:rPr>
              <w:t>2026</w:t>
            </w:r>
          </w:p>
        </w:tc>
        <w:tc>
          <w:tcPr>
            <w:tcW w:w="1474" w:type="dxa"/>
            <w:tcMar>
              <w:top w:w="90" w:type="dxa"/>
              <w:left w:w="70" w:type="dxa"/>
              <w:bottom w:w="90" w:type="dxa"/>
              <w:right w:w="70" w:type="dxa"/>
            </w:tcMar>
            <w:vAlign w:val="center"/>
          </w:tcPr>
          <w:p w:rsidR="005C2B52" w:rsidRPr="005C2B52" w:rsidRDefault="008353A9">
            <w:pPr>
              <w:spacing w:after="0"/>
              <w:rPr>
                <w:sz w:val="18"/>
                <w:szCs w:val="18"/>
              </w:rPr>
            </w:pPr>
            <w:r>
              <w:rPr>
                <w:sz w:val="18"/>
                <w:szCs w:val="18"/>
              </w:rPr>
              <w:t>21.12.2023</w:t>
            </w:r>
          </w:p>
        </w:tc>
      </w:tr>
      <w:tr w:rsidR="005C2B52" w:rsidTr="005C2B52">
        <w:trPr>
          <w:jc w:val="center"/>
        </w:trPr>
        <w:tc>
          <w:tcPr>
            <w:tcW w:w="567" w:type="dxa"/>
            <w:shd w:val="clear" w:color="auto" w:fill="F7FBFD"/>
            <w:tcMar>
              <w:top w:w="90" w:type="dxa"/>
              <w:left w:w="70" w:type="dxa"/>
              <w:bottom w:w="90" w:type="dxa"/>
              <w:right w:w="70" w:type="dxa"/>
            </w:tcMar>
            <w:vAlign w:val="center"/>
          </w:tcPr>
          <w:p w:rsidR="005C2B52" w:rsidRDefault="005C2B52">
            <w:pPr>
              <w:spacing w:after="0"/>
              <w:jc w:val="center"/>
            </w:pPr>
            <w:r>
              <w:rPr>
                <w:sz w:val="17"/>
              </w:rPr>
              <w:t>4</w:t>
            </w:r>
          </w:p>
        </w:tc>
        <w:tc>
          <w:tcPr>
            <w:tcW w:w="1814" w:type="dxa"/>
            <w:shd w:val="clear" w:color="auto" w:fill="F7FBFD"/>
          </w:tcPr>
          <w:p w:rsidR="005C2B52" w:rsidRPr="005C2B52" w:rsidRDefault="008353A9">
            <w:pPr>
              <w:spacing w:after="0"/>
              <w:jc w:val="center"/>
              <w:rPr>
                <w:sz w:val="18"/>
                <w:szCs w:val="18"/>
              </w:rPr>
            </w:pPr>
            <w:r w:rsidRPr="008353A9">
              <w:rPr>
                <w:sz w:val="18"/>
                <w:szCs w:val="18"/>
              </w:rPr>
              <w:t xml:space="preserve">Gerhard </w:t>
            </w:r>
            <w:proofErr w:type="spellStart"/>
            <w:r w:rsidRPr="008353A9">
              <w:rPr>
                <w:sz w:val="18"/>
                <w:szCs w:val="18"/>
              </w:rPr>
              <w:t>Qafa</w:t>
            </w:r>
            <w:proofErr w:type="spellEnd"/>
          </w:p>
        </w:tc>
        <w:tc>
          <w:tcPr>
            <w:tcW w:w="1814" w:type="dxa"/>
            <w:shd w:val="clear" w:color="auto" w:fill="F7FBFD"/>
            <w:tcMar>
              <w:top w:w="90" w:type="dxa"/>
              <w:left w:w="70" w:type="dxa"/>
              <w:bottom w:w="90" w:type="dxa"/>
              <w:right w:w="70" w:type="dxa"/>
            </w:tcMar>
            <w:vAlign w:val="center"/>
          </w:tcPr>
          <w:p w:rsidR="005C2B52" w:rsidRPr="005C2B52" w:rsidRDefault="008353A9">
            <w:pPr>
              <w:spacing w:after="0"/>
              <w:jc w:val="center"/>
              <w:rPr>
                <w:sz w:val="18"/>
                <w:szCs w:val="18"/>
              </w:rPr>
            </w:pPr>
            <w:r>
              <w:rPr>
                <w:sz w:val="18"/>
                <w:szCs w:val="18"/>
              </w:rPr>
              <w:t>628</w:t>
            </w:r>
          </w:p>
        </w:tc>
        <w:tc>
          <w:tcPr>
            <w:tcW w:w="2381" w:type="dxa"/>
            <w:shd w:val="clear" w:color="auto" w:fill="F7FBFD"/>
            <w:tcMar>
              <w:top w:w="90" w:type="dxa"/>
              <w:left w:w="70" w:type="dxa"/>
              <w:bottom w:w="90" w:type="dxa"/>
              <w:right w:w="70" w:type="dxa"/>
            </w:tcMar>
            <w:vAlign w:val="center"/>
          </w:tcPr>
          <w:p w:rsidR="005C2B52" w:rsidRPr="005C2B52" w:rsidRDefault="005C2B52">
            <w:pPr>
              <w:spacing w:after="0"/>
              <w:rPr>
                <w:sz w:val="18"/>
                <w:szCs w:val="18"/>
              </w:rPr>
            </w:pPr>
            <w:proofErr w:type="spellStart"/>
            <w:r w:rsidRPr="005C2B52">
              <w:rPr>
                <w:sz w:val="18"/>
                <w:szCs w:val="18"/>
              </w:rPr>
              <w:t>Gjykata</w:t>
            </w:r>
            <w:proofErr w:type="spellEnd"/>
            <w:r w:rsidRPr="005C2B52">
              <w:rPr>
                <w:sz w:val="18"/>
                <w:szCs w:val="18"/>
              </w:rPr>
              <w:t xml:space="preserve"> Administrative e </w:t>
            </w:r>
            <w:proofErr w:type="spellStart"/>
            <w:r w:rsidRPr="005C2B52">
              <w:rPr>
                <w:sz w:val="18"/>
                <w:szCs w:val="18"/>
              </w:rPr>
              <w:t>Apelit</w:t>
            </w:r>
            <w:proofErr w:type="spellEnd"/>
            <w:r w:rsidRPr="005C2B52">
              <w:rPr>
                <w:sz w:val="18"/>
                <w:szCs w:val="18"/>
              </w:rPr>
              <w:t xml:space="preserve"> </w:t>
            </w:r>
            <w:proofErr w:type="spellStart"/>
            <w:r w:rsidRPr="005C2B52">
              <w:rPr>
                <w:sz w:val="18"/>
                <w:szCs w:val="18"/>
              </w:rPr>
              <w:t>Tiranë</w:t>
            </w:r>
            <w:proofErr w:type="spellEnd"/>
          </w:p>
        </w:tc>
        <w:tc>
          <w:tcPr>
            <w:tcW w:w="1701" w:type="dxa"/>
            <w:shd w:val="clear" w:color="auto" w:fill="F7FBFD"/>
            <w:tcMar>
              <w:top w:w="90" w:type="dxa"/>
              <w:left w:w="70" w:type="dxa"/>
              <w:bottom w:w="90" w:type="dxa"/>
              <w:right w:w="70" w:type="dxa"/>
            </w:tcMar>
            <w:vAlign w:val="center"/>
          </w:tcPr>
          <w:p w:rsidR="005C2B52" w:rsidRPr="005C2B52" w:rsidRDefault="008353A9">
            <w:pPr>
              <w:spacing w:after="0"/>
              <w:jc w:val="center"/>
              <w:rPr>
                <w:sz w:val="18"/>
                <w:szCs w:val="18"/>
              </w:rPr>
            </w:pPr>
            <w:r>
              <w:rPr>
                <w:sz w:val="18"/>
                <w:szCs w:val="18"/>
              </w:rPr>
              <w:t>21.09.2023</w:t>
            </w:r>
          </w:p>
        </w:tc>
        <w:tc>
          <w:tcPr>
            <w:tcW w:w="2041" w:type="dxa"/>
            <w:shd w:val="clear" w:color="auto" w:fill="F7FBFD"/>
            <w:tcMar>
              <w:top w:w="90" w:type="dxa"/>
              <w:left w:w="70" w:type="dxa"/>
              <w:bottom w:w="90" w:type="dxa"/>
              <w:right w:w="70" w:type="dxa"/>
            </w:tcMar>
            <w:vAlign w:val="center"/>
          </w:tcPr>
          <w:p w:rsidR="005C2B52" w:rsidRPr="005C2B52" w:rsidRDefault="005C2B52">
            <w:pPr>
              <w:spacing w:after="0"/>
              <w:rPr>
                <w:sz w:val="18"/>
                <w:szCs w:val="18"/>
              </w:rPr>
            </w:pPr>
            <w:proofErr w:type="spellStart"/>
            <w:r w:rsidRPr="005C2B52">
              <w:rPr>
                <w:sz w:val="18"/>
                <w:szCs w:val="18"/>
              </w:rPr>
              <w:t>Marredhenie</w:t>
            </w:r>
            <w:proofErr w:type="spellEnd"/>
            <w:r w:rsidRPr="005C2B52">
              <w:rPr>
                <w:sz w:val="18"/>
                <w:szCs w:val="18"/>
              </w:rPr>
              <w:t xml:space="preserve"> </w:t>
            </w:r>
            <w:proofErr w:type="spellStart"/>
            <w:r w:rsidRPr="005C2B52">
              <w:rPr>
                <w:sz w:val="18"/>
                <w:szCs w:val="18"/>
              </w:rPr>
              <w:t>pune</w:t>
            </w:r>
            <w:proofErr w:type="spellEnd"/>
          </w:p>
        </w:tc>
        <w:tc>
          <w:tcPr>
            <w:tcW w:w="2268" w:type="dxa"/>
            <w:shd w:val="clear" w:color="auto" w:fill="F7FBFD"/>
            <w:tcMar>
              <w:top w:w="90" w:type="dxa"/>
              <w:left w:w="70" w:type="dxa"/>
              <w:bottom w:w="90" w:type="dxa"/>
              <w:right w:w="70" w:type="dxa"/>
            </w:tcMar>
            <w:vAlign w:val="center"/>
          </w:tcPr>
          <w:p w:rsidR="005C2B52" w:rsidRPr="005C2B52" w:rsidRDefault="005C2B52">
            <w:pPr>
              <w:spacing w:after="0"/>
              <w:rPr>
                <w:sz w:val="18"/>
                <w:szCs w:val="18"/>
              </w:rPr>
            </w:pPr>
            <w:proofErr w:type="spellStart"/>
            <w:r w:rsidRPr="005C2B52">
              <w:rPr>
                <w:sz w:val="18"/>
                <w:szCs w:val="18"/>
              </w:rPr>
              <w:t>Pjeserisht</w:t>
            </w:r>
            <w:proofErr w:type="spellEnd"/>
            <w:r w:rsidRPr="005C2B52">
              <w:rPr>
                <w:sz w:val="18"/>
                <w:szCs w:val="18"/>
              </w:rPr>
              <w:t xml:space="preserve"> </w:t>
            </w:r>
            <w:proofErr w:type="spellStart"/>
            <w:r w:rsidRPr="005C2B52">
              <w:rPr>
                <w:sz w:val="18"/>
                <w:szCs w:val="18"/>
              </w:rPr>
              <w:t>i</w:t>
            </w:r>
            <w:proofErr w:type="spellEnd"/>
            <w:r w:rsidRPr="005C2B52">
              <w:rPr>
                <w:sz w:val="18"/>
                <w:szCs w:val="18"/>
              </w:rPr>
              <w:t xml:space="preserve"> </w:t>
            </w:r>
            <w:proofErr w:type="spellStart"/>
            <w:r w:rsidRPr="005C2B52">
              <w:rPr>
                <w:sz w:val="18"/>
                <w:szCs w:val="18"/>
              </w:rPr>
              <w:t>ekzekutuar</w:t>
            </w:r>
            <w:proofErr w:type="spellEnd"/>
          </w:p>
        </w:tc>
        <w:tc>
          <w:tcPr>
            <w:tcW w:w="1474" w:type="dxa"/>
            <w:shd w:val="clear" w:color="auto" w:fill="F7FBFD"/>
            <w:tcMar>
              <w:top w:w="90" w:type="dxa"/>
              <w:left w:w="70" w:type="dxa"/>
              <w:bottom w:w="90" w:type="dxa"/>
              <w:right w:w="70" w:type="dxa"/>
            </w:tcMar>
            <w:vAlign w:val="center"/>
          </w:tcPr>
          <w:p w:rsidR="005C2B52" w:rsidRPr="005C2B52" w:rsidRDefault="005C2B52">
            <w:pPr>
              <w:spacing w:after="0"/>
              <w:jc w:val="center"/>
              <w:rPr>
                <w:sz w:val="18"/>
                <w:szCs w:val="18"/>
              </w:rPr>
            </w:pPr>
            <w:r w:rsidRPr="005C2B52">
              <w:rPr>
                <w:sz w:val="18"/>
                <w:szCs w:val="18"/>
              </w:rPr>
              <w:t>2026</w:t>
            </w:r>
          </w:p>
        </w:tc>
        <w:tc>
          <w:tcPr>
            <w:tcW w:w="1474" w:type="dxa"/>
            <w:shd w:val="clear" w:color="auto" w:fill="F7FBFD"/>
            <w:tcMar>
              <w:top w:w="90" w:type="dxa"/>
              <w:left w:w="70" w:type="dxa"/>
              <w:bottom w:w="90" w:type="dxa"/>
              <w:right w:w="70" w:type="dxa"/>
            </w:tcMar>
            <w:vAlign w:val="center"/>
          </w:tcPr>
          <w:p w:rsidR="005C2B52" w:rsidRPr="005C2B52" w:rsidRDefault="008353A9">
            <w:pPr>
              <w:spacing w:after="0"/>
              <w:rPr>
                <w:sz w:val="18"/>
                <w:szCs w:val="18"/>
              </w:rPr>
            </w:pPr>
            <w:r>
              <w:rPr>
                <w:sz w:val="18"/>
                <w:szCs w:val="18"/>
              </w:rPr>
              <w:t>23.05.2024</w:t>
            </w:r>
          </w:p>
        </w:tc>
      </w:tr>
      <w:tr w:rsidR="005C2B52" w:rsidTr="005C2B52">
        <w:trPr>
          <w:jc w:val="center"/>
        </w:trPr>
        <w:tc>
          <w:tcPr>
            <w:tcW w:w="567" w:type="dxa"/>
            <w:tcMar>
              <w:top w:w="90" w:type="dxa"/>
              <w:left w:w="70" w:type="dxa"/>
              <w:bottom w:w="90" w:type="dxa"/>
              <w:right w:w="70" w:type="dxa"/>
            </w:tcMar>
            <w:vAlign w:val="center"/>
          </w:tcPr>
          <w:p w:rsidR="005C2B52" w:rsidRDefault="005C2B52">
            <w:pPr>
              <w:spacing w:after="0"/>
              <w:jc w:val="center"/>
            </w:pPr>
            <w:r>
              <w:rPr>
                <w:sz w:val="17"/>
              </w:rPr>
              <w:t>5</w:t>
            </w:r>
          </w:p>
        </w:tc>
        <w:tc>
          <w:tcPr>
            <w:tcW w:w="1814" w:type="dxa"/>
          </w:tcPr>
          <w:p w:rsidR="005C2B52" w:rsidRPr="008353A9" w:rsidRDefault="008353A9">
            <w:pPr>
              <w:spacing w:after="0"/>
              <w:jc w:val="center"/>
              <w:rPr>
                <w:sz w:val="18"/>
                <w:szCs w:val="18"/>
              </w:rPr>
            </w:pPr>
            <w:r w:rsidRPr="008353A9">
              <w:rPr>
                <w:sz w:val="18"/>
                <w:szCs w:val="18"/>
              </w:rPr>
              <w:t xml:space="preserve">Luan </w:t>
            </w:r>
            <w:proofErr w:type="spellStart"/>
            <w:r w:rsidRPr="008353A9">
              <w:rPr>
                <w:sz w:val="18"/>
                <w:szCs w:val="18"/>
              </w:rPr>
              <w:t>Buzhiqi</w:t>
            </w:r>
            <w:proofErr w:type="spellEnd"/>
          </w:p>
        </w:tc>
        <w:tc>
          <w:tcPr>
            <w:tcW w:w="1814" w:type="dxa"/>
            <w:tcMar>
              <w:top w:w="90" w:type="dxa"/>
              <w:left w:w="70" w:type="dxa"/>
              <w:bottom w:w="90" w:type="dxa"/>
              <w:right w:w="70" w:type="dxa"/>
            </w:tcMar>
            <w:vAlign w:val="center"/>
          </w:tcPr>
          <w:p w:rsidR="005C2B52" w:rsidRPr="005C2B52" w:rsidRDefault="008353A9">
            <w:pPr>
              <w:spacing w:after="0"/>
              <w:jc w:val="center"/>
              <w:rPr>
                <w:sz w:val="18"/>
                <w:szCs w:val="18"/>
              </w:rPr>
            </w:pPr>
            <w:r>
              <w:rPr>
                <w:sz w:val="18"/>
                <w:szCs w:val="18"/>
              </w:rPr>
              <w:t>1102</w:t>
            </w:r>
          </w:p>
        </w:tc>
        <w:tc>
          <w:tcPr>
            <w:tcW w:w="2381" w:type="dxa"/>
            <w:tcMar>
              <w:top w:w="90" w:type="dxa"/>
              <w:left w:w="70" w:type="dxa"/>
              <w:bottom w:w="90" w:type="dxa"/>
              <w:right w:w="70" w:type="dxa"/>
            </w:tcMar>
            <w:vAlign w:val="center"/>
          </w:tcPr>
          <w:p w:rsidR="005C2B52" w:rsidRPr="005C2B52" w:rsidRDefault="005C2B52">
            <w:pPr>
              <w:spacing w:after="0"/>
              <w:rPr>
                <w:sz w:val="18"/>
                <w:szCs w:val="18"/>
              </w:rPr>
            </w:pPr>
            <w:proofErr w:type="spellStart"/>
            <w:r w:rsidRPr="005C2B52">
              <w:rPr>
                <w:sz w:val="18"/>
                <w:szCs w:val="18"/>
              </w:rPr>
              <w:t>Gjykata</w:t>
            </w:r>
            <w:proofErr w:type="spellEnd"/>
            <w:r w:rsidRPr="005C2B52">
              <w:rPr>
                <w:sz w:val="18"/>
                <w:szCs w:val="18"/>
              </w:rPr>
              <w:t xml:space="preserve"> Administrative e </w:t>
            </w:r>
            <w:proofErr w:type="spellStart"/>
            <w:r w:rsidRPr="005C2B52">
              <w:rPr>
                <w:sz w:val="18"/>
                <w:szCs w:val="18"/>
              </w:rPr>
              <w:t>Apelit</w:t>
            </w:r>
            <w:proofErr w:type="spellEnd"/>
            <w:r w:rsidRPr="005C2B52">
              <w:rPr>
                <w:sz w:val="18"/>
                <w:szCs w:val="18"/>
              </w:rPr>
              <w:t xml:space="preserve"> </w:t>
            </w:r>
            <w:proofErr w:type="spellStart"/>
            <w:r w:rsidRPr="005C2B52">
              <w:rPr>
                <w:sz w:val="18"/>
                <w:szCs w:val="18"/>
              </w:rPr>
              <w:t>Tiranë</w:t>
            </w:r>
            <w:proofErr w:type="spellEnd"/>
          </w:p>
        </w:tc>
        <w:tc>
          <w:tcPr>
            <w:tcW w:w="1701" w:type="dxa"/>
            <w:tcMar>
              <w:top w:w="90" w:type="dxa"/>
              <w:left w:w="70" w:type="dxa"/>
              <w:bottom w:w="90" w:type="dxa"/>
              <w:right w:w="70" w:type="dxa"/>
            </w:tcMar>
            <w:vAlign w:val="center"/>
          </w:tcPr>
          <w:p w:rsidR="005C2B52" w:rsidRPr="005C2B52" w:rsidRDefault="008353A9">
            <w:pPr>
              <w:spacing w:after="0"/>
              <w:jc w:val="center"/>
              <w:rPr>
                <w:sz w:val="18"/>
                <w:szCs w:val="18"/>
              </w:rPr>
            </w:pPr>
            <w:r>
              <w:rPr>
                <w:sz w:val="18"/>
                <w:szCs w:val="18"/>
              </w:rPr>
              <w:t>18.06.2025</w:t>
            </w:r>
          </w:p>
        </w:tc>
        <w:tc>
          <w:tcPr>
            <w:tcW w:w="2041" w:type="dxa"/>
            <w:tcMar>
              <w:top w:w="90" w:type="dxa"/>
              <w:left w:w="70" w:type="dxa"/>
              <w:bottom w:w="90" w:type="dxa"/>
              <w:right w:w="70" w:type="dxa"/>
            </w:tcMar>
            <w:vAlign w:val="center"/>
          </w:tcPr>
          <w:p w:rsidR="005C2B52" w:rsidRPr="005C2B52" w:rsidRDefault="005C2B52">
            <w:pPr>
              <w:spacing w:after="0"/>
              <w:rPr>
                <w:sz w:val="18"/>
                <w:szCs w:val="18"/>
              </w:rPr>
            </w:pPr>
            <w:proofErr w:type="spellStart"/>
            <w:r w:rsidRPr="005C2B52">
              <w:rPr>
                <w:sz w:val="18"/>
                <w:szCs w:val="18"/>
              </w:rPr>
              <w:t>Marredhenie</w:t>
            </w:r>
            <w:proofErr w:type="spellEnd"/>
            <w:r w:rsidRPr="005C2B52">
              <w:rPr>
                <w:sz w:val="18"/>
                <w:szCs w:val="18"/>
              </w:rPr>
              <w:t xml:space="preserve"> </w:t>
            </w:r>
            <w:proofErr w:type="spellStart"/>
            <w:r w:rsidRPr="005C2B52">
              <w:rPr>
                <w:sz w:val="18"/>
                <w:szCs w:val="18"/>
              </w:rPr>
              <w:t>pune</w:t>
            </w:r>
            <w:proofErr w:type="spellEnd"/>
          </w:p>
        </w:tc>
        <w:tc>
          <w:tcPr>
            <w:tcW w:w="2268" w:type="dxa"/>
            <w:tcMar>
              <w:top w:w="90" w:type="dxa"/>
              <w:left w:w="70" w:type="dxa"/>
              <w:bottom w:w="90" w:type="dxa"/>
              <w:right w:w="70" w:type="dxa"/>
            </w:tcMar>
            <w:vAlign w:val="center"/>
          </w:tcPr>
          <w:p w:rsidR="005C2B52" w:rsidRPr="005C2B52" w:rsidRDefault="008353A9">
            <w:pPr>
              <w:spacing w:after="0"/>
              <w:rPr>
                <w:sz w:val="18"/>
                <w:szCs w:val="18"/>
              </w:rPr>
            </w:pPr>
            <w:r w:rsidRPr="005C2B52">
              <w:rPr>
                <w:sz w:val="18"/>
                <w:szCs w:val="18"/>
              </w:rPr>
              <w:t xml:space="preserve">Ne </w:t>
            </w:r>
            <w:proofErr w:type="spellStart"/>
            <w:r w:rsidRPr="005C2B52">
              <w:rPr>
                <w:sz w:val="18"/>
                <w:szCs w:val="18"/>
              </w:rPr>
              <w:t>pritje</w:t>
            </w:r>
            <w:proofErr w:type="spellEnd"/>
            <w:r w:rsidRPr="005C2B52">
              <w:rPr>
                <w:sz w:val="18"/>
                <w:szCs w:val="18"/>
              </w:rPr>
              <w:t xml:space="preserve"> </w:t>
            </w:r>
            <w:proofErr w:type="spellStart"/>
            <w:r w:rsidRPr="005C2B52">
              <w:rPr>
                <w:sz w:val="18"/>
                <w:szCs w:val="18"/>
              </w:rPr>
              <w:t>te</w:t>
            </w:r>
            <w:proofErr w:type="spellEnd"/>
            <w:r w:rsidRPr="005C2B52">
              <w:rPr>
                <w:sz w:val="18"/>
                <w:szCs w:val="18"/>
              </w:rPr>
              <w:t xml:space="preserve"> </w:t>
            </w:r>
            <w:proofErr w:type="spellStart"/>
            <w:r w:rsidRPr="005C2B52">
              <w:rPr>
                <w:sz w:val="18"/>
                <w:szCs w:val="18"/>
              </w:rPr>
              <w:t>veprimeve</w:t>
            </w:r>
            <w:proofErr w:type="spellEnd"/>
            <w:r w:rsidRPr="005C2B52">
              <w:rPr>
                <w:sz w:val="18"/>
                <w:szCs w:val="18"/>
              </w:rPr>
              <w:t xml:space="preserve"> </w:t>
            </w:r>
            <w:proofErr w:type="spellStart"/>
            <w:r w:rsidRPr="005C2B52">
              <w:rPr>
                <w:sz w:val="18"/>
                <w:szCs w:val="18"/>
              </w:rPr>
              <w:t>procedurale</w:t>
            </w:r>
            <w:proofErr w:type="spellEnd"/>
          </w:p>
        </w:tc>
        <w:tc>
          <w:tcPr>
            <w:tcW w:w="1474" w:type="dxa"/>
            <w:tcMar>
              <w:top w:w="90" w:type="dxa"/>
              <w:left w:w="70" w:type="dxa"/>
              <w:bottom w:w="90" w:type="dxa"/>
              <w:right w:w="70" w:type="dxa"/>
            </w:tcMar>
            <w:vAlign w:val="center"/>
          </w:tcPr>
          <w:p w:rsidR="005C2B52" w:rsidRPr="005C2B52" w:rsidRDefault="005C2B52">
            <w:pPr>
              <w:spacing w:after="0"/>
              <w:jc w:val="center"/>
              <w:rPr>
                <w:sz w:val="18"/>
                <w:szCs w:val="18"/>
              </w:rPr>
            </w:pPr>
            <w:r w:rsidRPr="005C2B52">
              <w:rPr>
                <w:sz w:val="18"/>
                <w:szCs w:val="18"/>
              </w:rPr>
              <w:t>2026</w:t>
            </w:r>
          </w:p>
        </w:tc>
        <w:tc>
          <w:tcPr>
            <w:tcW w:w="1474" w:type="dxa"/>
            <w:tcMar>
              <w:top w:w="90" w:type="dxa"/>
              <w:left w:w="70" w:type="dxa"/>
              <w:bottom w:w="90" w:type="dxa"/>
              <w:right w:w="70" w:type="dxa"/>
            </w:tcMar>
            <w:vAlign w:val="center"/>
          </w:tcPr>
          <w:p w:rsidR="005C2B52" w:rsidRPr="005C2B52" w:rsidRDefault="008353A9">
            <w:pPr>
              <w:spacing w:after="0"/>
              <w:rPr>
                <w:sz w:val="18"/>
                <w:szCs w:val="18"/>
              </w:rPr>
            </w:pPr>
            <w:r>
              <w:rPr>
                <w:sz w:val="18"/>
                <w:szCs w:val="18"/>
              </w:rPr>
              <w:t>17.12.2025</w:t>
            </w:r>
          </w:p>
        </w:tc>
      </w:tr>
      <w:tr w:rsidR="005C2B52" w:rsidTr="005C2B52">
        <w:trPr>
          <w:jc w:val="center"/>
        </w:trPr>
        <w:tc>
          <w:tcPr>
            <w:tcW w:w="567" w:type="dxa"/>
            <w:shd w:val="clear" w:color="auto" w:fill="F7FBFD"/>
            <w:tcMar>
              <w:top w:w="90" w:type="dxa"/>
              <w:left w:w="70" w:type="dxa"/>
              <w:bottom w:w="90" w:type="dxa"/>
              <w:right w:w="70" w:type="dxa"/>
            </w:tcMar>
            <w:vAlign w:val="center"/>
          </w:tcPr>
          <w:p w:rsidR="005C2B52" w:rsidRDefault="005C2B52">
            <w:pPr>
              <w:spacing w:after="0"/>
              <w:jc w:val="center"/>
            </w:pPr>
            <w:bookmarkStart w:id="1" w:name="_Hlk236314732"/>
            <w:r>
              <w:rPr>
                <w:sz w:val="17"/>
              </w:rPr>
              <w:t>6</w:t>
            </w:r>
          </w:p>
        </w:tc>
        <w:tc>
          <w:tcPr>
            <w:tcW w:w="1814" w:type="dxa"/>
            <w:shd w:val="clear" w:color="auto" w:fill="F7FBFD"/>
          </w:tcPr>
          <w:p w:rsidR="005C2B52" w:rsidRPr="005C2B52" w:rsidRDefault="008353A9">
            <w:pPr>
              <w:spacing w:after="0"/>
              <w:jc w:val="center"/>
              <w:rPr>
                <w:sz w:val="18"/>
                <w:szCs w:val="18"/>
              </w:rPr>
            </w:pPr>
            <w:proofErr w:type="spellStart"/>
            <w:r>
              <w:rPr>
                <w:sz w:val="18"/>
                <w:szCs w:val="18"/>
              </w:rPr>
              <w:t>Arlind</w:t>
            </w:r>
            <w:proofErr w:type="spellEnd"/>
            <w:r>
              <w:rPr>
                <w:sz w:val="18"/>
                <w:szCs w:val="18"/>
              </w:rPr>
              <w:t xml:space="preserve"> </w:t>
            </w:r>
            <w:proofErr w:type="spellStart"/>
            <w:r>
              <w:rPr>
                <w:sz w:val="18"/>
                <w:szCs w:val="18"/>
              </w:rPr>
              <w:t>Arapi</w:t>
            </w:r>
            <w:proofErr w:type="spellEnd"/>
          </w:p>
        </w:tc>
        <w:tc>
          <w:tcPr>
            <w:tcW w:w="1814" w:type="dxa"/>
            <w:shd w:val="clear" w:color="auto" w:fill="F7FBFD"/>
            <w:tcMar>
              <w:top w:w="90" w:type="dxa"/>
              <w:left w:w="70" w:type="dxa"/>
              <w:bottom w:w="90" w:type="dxa"/>
              <w:right w:w="70" w:type="dxa"/>
            </w:tcMar>
            <w:vAlign w:val="center"/>
          </w:tcPr>
          <w:p w:rsidR="005C2B52" w:rsidRPr="005C2B52" w:rsidRDefault="008353A9">
            <w:pPr>
              <w:spacing w:after="0"/>
              <w:jc w:val="center"/>
              <w:rPr>
                <w:sz w:val="18"/>
                <w:szCs w:val="18"/>
              </w:rPr>
            </w:pPr>
            <w:r>
              <w:rPr>
                <w:sz w:val="18"/>
                <w:szCs w:val="18"/>
              </w:rPr>
              <w:t>322</w:t>
            </w:r>
          </w:p>
        </w:tc>
        <w:tc>
          <w:tcPr>
            <w:tcW w:w="2381" w:type="dxa"/>
            <w:shd w:val="clear" w:color="auto" w:fill="F7FBFD"/>
            <w:tcMar>
              <w:top w:w="90" w:type="dxa"/>
              <w:left w:w="70" w:type="dxa"/>
              <w:bottom w:w="90" w:type="dxa"/>
              <w:right w:w="70" w:type="dxa"/>
            </w:tcMar>
            <w:vAlign w:val="center"/>
          </w:tcPr>
          <w:p w:rsidR="005C2B52" w:rsidRPr="005C2B52" w:rsidRDefault="005C2B52">
            <w:pPr>
              <w:spacing w:after="0"/>
              <w:rPr>
                <w:sz w:val="18"/>
                <w:szCs w:val="18"/>
              </w:rPr>
            </w:pPr>
            <w:proofErr w:type="spellStart"/>
            <w:r w:rsidRPr="005C2B52">
              <w:rPr>
                <w:sz w:val="18"/>
                <w:szCs w:val="18"/>
              </w:rPr>
              <w:t>Gjykata</w:t>
            </w:r>
            <w:proofErr w:type="spellEnd"/>
            <w:r w:rsidRPr="005C2B52">
              <w:rPr>
                <w:sz w:val="18"/>
                <w:szCs w:val="18"/>
              </w:rPr>
              <w:t xml:space="preserve"> Administrative e </w:t>
            </w:r>
            <w:proofErr w:type="spellStart"/>
            <w:r w:rsidRPr="005C2B52">
              <w:rPr>
                <w:sz w:val="18"/>
                <w:szCs w:val="18"/>
              </w:rPr>
              <w:t>Apelit</w:t>
            </w:r>
            <w:proofErr w:type="spellEnd"/>
            <w:r w:rsidRPr="005C2B52">
              <w:rPr>
                <w:sz w:val="18"/>
                <w:szCs w:val="18"/>
              </w:rPr>
              <w:t xml:space="preserve"> </w:t>
            </w:r>
            <w:proofErr w:type="spellStart"/>
            <w:r w:rsidRPr="005C2B52">
              <w:rPr>
                <w:sz w:val="18"/>
                <w:szCs w:val="18"/>
              </w:rPr>
              <w:t>Tiranë</w:t>
            </w:r>
            <w:proofErr w:type="spellEnd"/>
          </w:p>
        </w:tc>
        <w:tc>
          <w:tcPr>
            <w:tcW w:w="1701" w:type="dxa"/>
            <w:shd w:val="clear" w:color="auto" w:fill="F7FBFD"/>
            <w:tcMar>
              <w:top w:w="90" w:type="dxa"/>
              <w:left w:w="70" w:type="dxa"/>
              <w:bottom w:w="90" w:type="dxa"/>
              <w:right w:w="70" w:type="dxa"/>
            </w:tcMar>
            <w:vAlign w:val="center"/>
          </w:tcPr>
          <w:p w:rsidR="005C2B52" w:rsidRPr="005C2B52" w:rsidRDefault="008353A9">
            <w:pPr>
              <w:spacing w:after="0"/>
              <w:jc w:val="center"/>
              <w:rPr>
                <w:sz w:val="18"/>
                <w:szCs w:val="18"/>
              </w:rPr>
            </w:pPr>
            <w:r>
              <w:rPr>
                <w:sz w:val="18"/>
                <w:szCs w:val="18"/>
              </w:rPr>
              <w:t>17.02.2026</w:t>
            </w:r>
          </w:p>
        </w:tc>
        <w:tc>
          <w:tcPr>
            <w:tcW w:w="2041" w:type="dxa"/>
            <w:shd w:val="clear" w:color="auto" w:fill="F7FBFD"/>
            <w:tcMar>
              <w:top w:w="90" w:type="dxa"/>
              <w:left w:w="70" w:type="dxa"/>
              <w:bottom w:w="90" w:type="dxa"/>
              <w:right w:w="70" w:type="dxa"/>
            </w:tcMar>
            <w:vAlign w:val="center"/>
          </w:tcPr>
          <w:p w:rsidR="005C2B52" w:rsidRPr="005C2B52" w:rsidRDefault="005C2B52">
            <w:pPr>
              <w:spacing w:after="0"/>
              <w:rPr>
                <w:sz w:val="18"/>
                <w:szCs w:val="18"/>
              </w:rPr>
            </w:pPr>
            <w:proofErr w:type="spellStart"/>
            <w:r w:rsidRPr="005C2B52">
              <w:rPr>
                <w:sz w:val="18"/>
                <w:szCs w:val="18"/>
              </w:rPr>
              <w:t>Marredhenie</w:t>
            </w:r>
            <w:proofErr w:type="spellEnd"/>
            <w:r w:rsidRPr="005C2B52">
              <w:rPr>
                <w:sz w:val="18"/>
                <w:szCs w:val="18"/>
              </w:rPr>
              <w:t xml:space="preserve"> </w:t>
            </w:r>
            <w:proofErr w:type="spellStart"/>
            <w:r w:rsidRPr="005C2B52">
              <w:rPr>
                <w:sz w:val="18"/>
                <w:szCs w:val="18"/>
              </w:rPr>
              <w:t>pune</w:t>
            </w:r>
            <w:proofErr w:type="spellEnd"/>
          </w:p>
        </w:tc>
        <w:tc>
          <w:tcPr>
            <w:tcW w:w="2268" w:type="dxa"/>
            <w:shd w:val="clear" w:color="auto" w:fill="F7FBFD"/>
            <w:tcMar>
              <w:top w:w="90" w:type="dxa"/>
              <w:left w:w="70" w:type="dxa"/>
              <w:bottom w:w="90" w:type="dxa"/>
              <w:right w:w="70" w:type="dxa"/>
            </w:tcMar>
            <w:vAlign w:val="center"/>
          </w:tcPr>
          <w:p w:rsidR="005C2B52" w:rsidRPr="005C2B52" w:rsidRDefault="005C2B52">
            <w:pPr>
              <w:spacing w:after="0"/>
              <w:rPr>
                <w:sz w:val="18"/>
                <w:szCs w:val="18"/>
              </w:rPr>
            </w:pPr>
            <w:r w:rsidRPr="005C2B52">
              <w:rPr>
                <w:sz w:val="18"/>
                <w:szCs w:val="18"/>
              </w:rPr>
              <w:t xml:space="preserve">Ne </w:t>
            </w:r>
            <w:proofErr w:type="spellStart"/>
            <w:r w:rsidRPr="005C2B52">
              <w:rPr>
                <w:sz w:val="18"/>
                <w:szCs w:val="18"/>
              </w:rPr>
              <w:t>pritje</w:t>
            </w:r>
            <w:proofErr w:type="spellEnd"/>
            <w:r w:rsidRPr="005C2B52">
              <w:rPr>
                <w:sz w:val="18"/>
                <w:szCs w:val="18"/>
              </w:rPr>
              <w:t xml:space="preserve"> </w:t>
            </w:r>
            <w:proofErr w:type="spellStart"/>
            <w:r w:rsidRPr="005C2B52">
              <w:rPr>
                <w:sz w:val="18"/>
                <w:szCs w:val="18"/>
              </w:rPr>
              <w:t>te</w:t>
            </w:r>
            <w:proofErr w:type="spellEnd"/>
            <w:r w:rsidRPr="005C2B52">
              <w:rPr>
                <w:sz w:val="18"/>
                <w:szCs w:val="18"/>
              </w:rPr>
              <w:t xml:space="preserve"> </w:t>
            </w:r>
            <w:proofErr w:type="spellStart"/>
            <w:r w:rsidRPr="005C2B52">
              <w:rPr>
                <w:sz w:val="18"/>
                <w:szCs w:val="18"/>
              </w:rPr>
              <w:t>veprimeve</w:t>
            </w:r>
            <w:proofErr w:type="spellEnd"/>
            <w:r w:rsidRPr="005C2B52">
              <w:rPr>
                <w:sz w:val="18"/>
                <w:szCs w:val="18"/>
              </w:rPr>
              <w:t xml:space="preserve"> </w:t>
            </w:r>
            <w:proofErr w:type="spellStart"/>
            <w:r w:rsidRPr="005C2B52">
              <w:rPr>
                <w:sz w:val="18"/>
                <w:szCs w:val="18"/>
              </w:rPr>
              <w:t>procedurale</w:t>
            </w:r>
            <w:proofErr w:type="spellEnd"/>
          </w:p>
        </w:tc>
        <w:tc>
          <w:tcPr>
            <w:tcW w:w="1474" w:type="dxa"/>
            <w:shd w:val="clear" w:color="auto" w:fill="F7FBFD"/>
            <w:tcMar>
              <w:top w:w="90" w:type="dxa"/>
              <w:left w:w="70" w:type="dxa"/>
              <w:bottom w:w="90" w:type="dxa"/>
              <w:right w:w="70" w:type="dxa"/>
            </w:tcMar>
            <w:vAlign w:val="center"/>
          </w:tcPr>
          <w:p w:rsidR="005C2B52" w:rsidRPr="005C2B52" w:rsidRDefault="005C2B52">
            <w:pPr>
              <w:spacing w:after="0"/>
              <w:jc w:val="center"/>
              <w:rPr>
                <w:sz w:val="18"/>
                <w:szCs w:val="18"/>
              </w:rPr>
            </w:pPr>
            <w:r w:rsidRPr="005C2B52">
              <w:rPr>
                <w:sz w:val="18"/>
                <w:szCs w:val="18"/>
              </w:rPr>
              <w:t>2026</w:t>
            </w:r>
          </w:p>
        </w:tc>
        <w:tc>
          <w:tcPr>
            <w:tcW w:w="1474" w:type="dxa"/>
            <w:shd w:val="clear" w:color="auto" w:fill="F7FBFD"/>
            <w:tcMar>
              <w:top w:w="90" w:type="dxa"/>
              <w:left w:w="70" w:type="dxa"/>
              <w:bottom w:w="90" w:type="dxa"/>
              <w:right w:w="70" w:type="dxa"/>
            </w:tcMar>
            <w:vAlign w:val="center"/>
          </w:tcPr>
          <w:p w:rsidR="005C2B52" w:rsidRPr="005C2B52" w:rsidRDefault="008353A9">
            <w:pPr>
              <w:spacing w:after="0"/>
              <w:rPr>
                <w:sz w:val="18"/>
                <w:szCs w:val="18"/>
              </w:rPr>
            </w:pPr>
            <w:r>
              <w:rPr>
                <w:sz w:val="18"/>
                <w:szCs w:val="18"/>
              </w:rPr>
              <w:t>05.06.2026</w:t>
            </w:r>
          </w:p>
        </w:tc>
      </w:tr>
      <w:bookmarkEnd w:id="1"/>
      <w:tr w:rsidR="008353A9" w:rsidTr="005C2B52">
        <w:trPr>
          <w:jc w:val="center"/>
        </w:trPr>
        <w:tc>
          <w:tcPr>
            <w:tcW w:w="567" w:type="dxa"/>
            <w:shd w:val="clear" w:color="auto" w:fill="F7FBFD"/>
            <w:tcMar>
              <w:top w:w="90" w:type="dxa"/>
              <w:left w:w="70" w:type="dxa"/>
              <w:bottom w:w="90" w:type="dxa"/>
              <w:right w:w="70" w:type="dxa"/>
            </w:tcMar>
            <w:vAlign w:val="center"/>
          </w:tcPr>
          <w:p w:rsidR="008353A9" w:rsidRDefault="008353A9">
            <w:pPr>
              <w:spacing w:after="0"/>
              <w:jc w:val="center"/>
              <w:rPr>
                <w:sz w:val="17"/>
              </w:rPr>
            </w:pPr>
            <w:r>
              <w:rPr>
                <w:sz w:val="17"/>
              </w:rPr>
              <w:lastRenderedPageBreak/>
              <w:t>7</w:t>
            </w:r>
          </w:p>
        </w:tc>
        <w:tc>
          <w:tcPr>
            <w:tcW w:w="1814" w:type="dxa"/>
            <w:shd w:val="clear" w:color="auto" w:fill="F7FBFD"/>
          </w:tcPr>
          <w:p w:rsidR="008353A9" w:rsidRDefault="008353A9">
            <w:pPr>
              <w:spacing w:after="0"/>
              <w:jc w:val="center"/>
              <w:rPr>
                <w:sz w:val="18"/>
                <w:szCs w:val="18"/>
              </w:rPr>
            </w:pPr>
            <w:r>
              <w:rPr>
                <w:sz w:val="18"/>
                <w:szCs w:val="18"/>
              </w:rPr>
              <w:t xml:space="preserve">Aurora </w:t>
            </w:r>
            <w:proofErr w:type="spellStart"/>
            <w:r>
              <w:rPr>
                <w:sz w:val="18"/>
                <w:szCs w:val="18"/>
              </w:rPr>
              <w:t>Agalliu</w:t>
            </w:r>
            <w:proofErr w:type="spellEnd"/>
          </w:p>
        </w:tc>
        <w:tc>
          <w:tcPr>
            <w:tcW w:w="1814" w:type="dxa"/>
            <w:shd w:val="clear" w:color="auto" w:fill="F7FBFD"/>
            <w:tcMar>
              <w:top w:w="90" w:type="dxa"/>
              <w:left w:w="70" w:type="dxa"/>
              <w:bottom w:w="90" w:type="dxa"/>
              <w:right w:w="70" w:type="dxa"/>
            </w:tcMar>
            <w:vAlign w:val="center"/>
          </w:tcPr>
          <w:p w:rsidR="008353A9" w:rsidRDefault="008353A9">
            <w:pPr>
              <w:spacing w:after="0"/>
              <w:jc w:val="center"/>
              <w:rPr>
                <w:sz w:val="18"/>
                <w:szCs w:val="18"/>
              </w:rPr>
            </w:pPr>
            <w:r>
              <w:rPr>
                <w:sz w:val="18"/>
                <w:szCs w:val="18"/>
              </w:rPr>
              <w:t>783</w:t>
            </w:r>
          </w:p>
        </w:tc>
        <w:tc>
          <w:tcPr>
            <w:tcW w:w="2381" w:type="dxa"/>
            <w:shd w:val="clear" w:color="auto" w:fill="F7FBFD"/>
            <w:tcMar>
              <w:top w:w="90" w:type="dxa"/>
              <w:left w:w="70" w:type="dxa"/>
              <w:bottom w:w="90" w:type="dxa"/>
              <w:right w:w="70" w:type="dxa"/>
            </w:tcMar>
            <w:vAlign w:val="center"/>
          </w:tcPr>
          <w:p w:rsidR="008353A9" w:rsidRPr="005C2B52" w:rsidRDefault="008353A9">
            <w:pPr>
              <w:spacing w:after="0"/>
              <w:rPr>
                <w:sz w:val="18"/>
                <w:szCs w:val="18"/>
              </w:rPr>
            </w:pPr>
            <w:proofErr w:type="spellStart"/>
            <w:r w:rsidRPr="005C2B52">
              <w:rPr>
                <w:sz w:val="18"/>
                <w:szCs w:val="18"/>
              </w:rPr>
              <w:t>Gjykata</w:t>
            </w:r>
            <w:proofErr w:type="spellEnd"/>
            <w:r w:rsidRPr="005C2B52">
              <w:rPr>
                <w:sz w:val="18"/>
                <w:szCs w:val="18"/>
              </w:rPr>
              <w:t xml:space="preserve"> Administrative e </w:t>
            </w:r>
            <w:proofErr w:type="spellStart"/>
            <w:r w:rsidRPr="005C2B52">
              <w:rPr>
                <w:sz w:val="18"/>
                <w:szCs w:val="18"/>
              </w:rPr>
              <w:t>Apelit</w:t>
            </w:r>
            <w:proofErr w:type="spellEnd"/>
            <w:r w:rsidRPr="005C2B52">
              <w:rPr>
                <w:sz w:val="18"/>
                <w:szCs w:val="18"/>
              </w:rPr>
              <w:t xml:space="preserve"> </w:t>
            </w:r>
            <w:proofErr w:type="spellStart"/>
            <w:r w:rsidRPr="005C2B52">
              <w:rPr>
                <w:sz w:val="18"/>
                <w:szCs w:val="18"/>
              </w:rPr>
              <w:t>Tiranë</w:t>
            </w:r>
            <w:proofErr w:type="spellEnd"/>
          </w:p>
        </w:tc>
        <w:tc>
          <w:tcPr>
            <w:tcW w:w="1701" w:type="dxa"/>
            <w:shd w:val="clear" w:color="auto" w:fill="F7FBFD"/>
            <w:tcMar>
              <w:top w:w="90" w:type="dxa"/>
              <w:left w:w="70" w:type="dxa"/>
              <w:bottom w:w="90" w:type="dxa"/>
              <w:right w:w="70" w:type="dxa"/>
            </w:tcMar>
            <w:vAlign w:val="center"/>
          </w:tcPr>
          <w:p w:rsidR="008353A9" w:rsidRDefault="008353A9">
            <w:pPr>
              <w:spacing w:after="0"/>
              <w:jc w:val="center"/>
              <w:rPr>
                <w:sz w:val="18"/>
                <w:szCs w:val="18"/>
              </w:rPr>
            </w:pPr>
            <w:r>
              <w:rPr>
                <w:sz w:val="18"/>
                <w:szCs w:val="18"/>
              </w:rPr>
              <w:t>26.03.2026</w:t>
            </w:r>
          </w:p>
        </w:tc>
        <w:tc>
          <w:tcPr>
            <w:tcW w:w="2041" w:type="dxa"/>
            <w:shd w:val="clear" w:color="auto" w:fill="F7FBFD"/>
            <w:tcMar>
              <w:top w:w="90" w:type="dxa"/>
              <w:left w:w="70" w:type="dxa"/>
              <w:bottom w:w="90" w:type="dxa"/>
              <w:right w:w="70" w:type="dxa"/>
            </w:tcMar>
            <w:vAlign w:val="center"/>
          </w:tcPr>
          <w:p w:rsidR="008353A9" w:rsidRPr="005C2B52" w:rsidRDefault="008353A9">
            <w:pPr>
              <w:spacing w:after="0"/>
              <w:rPr>
                <w:sz w:val="18"/>
                <w:szCs w:val="18"/>
              </w:rPr>
            </w:pPr>
            <w:proofErr w:type="spellStart"/>
            <w:r w:rsidRPr="005C2B52">
              <w:rPr>
                <w:sz w:val="18"/>
                <w:szCs w:val="18"/>
              </w:rPr>
              <w:t>Marredhenie</w:t>
            </w:r>
            <w:proofErr w:type="spellEnd"/>
            <w:r w:rsidRPr="005C2B52">
              <w:rPr>
                <w:sz w:val="18"/>
                <w:szCs w:val="18"/>
              </w:rPr>
              <w:t xml:space="preserve"> </w:t>
            </w:r>
            <w:proofErr w:type="spellStart"/>
            <w:r w:rsidRPr="005C2B52">
              <w:rPr>
                <w:sz w:val="18"/>
                <w:szCs w:val="18"/>
              </w:rPr>
              <w:t>pune</w:t>
            </w:r>
            <w:proofErr w:type="spellEnd"/>
          </w:p>
        </w:tc>
        <w:tc>
          <w:tcPr>
            <w:tcW w:w="2268" w:type="dxa"/>
            <w:shd w:val="clear" w:color="auto" w:fill="F7FBFD"/>
            <w:tcMar>
              <w:top w:w="90" w:type="dxa"/>
              <w:left w:w="70" w:type="dxa"/>
              <w:bottom w:w="90" w:type="dxa"/>
              <w:right w:w="70" w:type="dxa"/>
            </w:tcMar>
            <w:vAlign w:val="center"/>
          </w:tcPr>
          <w:p w:rsidR="008353A9" w:rsidRPr="005C2B52" w:rsidRDefault="008353A9">
            <w:pPr>
              <w:spacing w:after="0"/>
              <w:rPr>
                <w:sz w:val="18"/>
                <w:szCs w:val="18"/>
              </w:rPr>
            </w:pPr>
            <w:r w:rsidRPr="005C2B52">
              <w:rPr>
                <w:sz w:val="18"/>
                <w:szCs w:val="18"/>
              </w:rPr>
              <w:t xml:space="preserve">Ne </w:t>
            </w:r>
            <w:proofErr w:type="spellStart"/>
            <w:r w:rsidRPr="005C2B52">
              <w:rPr>
                <w:sz w:val="18"/>
                <w:szCs w:val="18"/>
              </w:rPr>
              <w:t>pritje</w:t>
            </w:r>
            <w:proofErr w:type="spellEnd"/>
            <w:r w:rsidRPr="005C2B52">
              <w:rPr>
                <w:sz w:val="18"/>
                <w:szCs w:val="18"/>
              </w:rPr>
              <w:t xml:space="preserve"> </w:t>
            </w:r>
            <w:proofErr w:type="spellStart"/>
            <w:r w:rsidRPr="005C2B52">
              <w:rPr>
                <w:sz w:val="18"/>
                <w:szCs w:val="18"/>
              </w:rPr>
              <w:t>te</w:t>
            </w:r>
            <w:proofErr w:type="spellEnd"/>
            <w:r w:rsidRPr="005C2B52">
              <w:rPr>
                <w:sz w:val="18"/>
                <w:szCs w:val="18"/>
              </w:rPr>
              <w:t xml:space="preserve"> </w:t>
            </w:r>
            <w:proofErr w:type="spellStart"/>
            <w:r w:rsidRPr="005C2B52">
              <w:rPr>
                <w:sz w:val="18"/>
                <w:szCs w:val="18"/>
              </w:rPr>
              <w:t>veprimeve</w:t>
            </w:r>
            <w:proofErr w:type="spellEnd"/>
            <w:r w:rsidRPr="005C2B52">
              <w:rPr>
                <w:sz w:val="18"/>
                <w:szCs w:val="18"/>
              </w:rPr>
              <w:t xml:space="preserve"> </w:t>
            </w:r>
            <w:proofErr w:type="spellStart"/>
            <w:r w:rsidRPr="005C2B52">
              <w:rPr>
                <w:sz w:val="18"/>
                <w:szCs w:val="18"/>
              </w:rPr>
              <w:t>procedurale</w:t>
            </w:r>
            <w:proofErr w:type="spellEnd"/>
          </w:p>
        </w:tc>
        <w:tc>
          <w:tcPr>
            <w:tcW w:w="1474" w:type="dxa"/>
            <w:shd w:val="clear" w:color="auto" w:fill="F7FBFD"/>
            <w:tcMar>
              <w:top w:w="90" w:type="dxa"/>
              <w:left w:w="70" w:type="dxa"/>
              <w:bottom w:w="90" w:type="dxa"/>
              <w:right w:w="70" w:type="dxa"/>
            </w:tcMar>
            <w:vAlign w:val="center"/>
          </w:tcPr>
          <w:p w:rsidR="008353A9" w:rsidRPr="005C2B52" w:rsidRDefault="008353A9">
            <w:pPr>
              <w:spacing w:after="0"/>
              <w:jc w:val="center"/>
              <w:rPr>
                <w:sz w:val="18"/>
                <w:szCs w:val="18"/>
              </w:rPr>
            </w:pPr>
            <w:r w:rsidRPr="005C2B52">
              <w:rPr>
                <w:sz w:val="18"/>
                <w:szCs w:val="18"/>
              </w:rPr>
              <w:t>2026</w:t>
            </w:r>
          </w:p>
        </w:tc>
        <w:tc>
          <w:tcPr>
            <w:tcW w:w="1474" w:type="dxa"/>
            <w:shd w:val="clear" w:color="auto" w:fill="F7FBFD"/>
            <w:tcMar>
              <w:top w:w="90" w:type="dxa"/>
              <w:left w:w="70" w:type="dxa"/>
              <w:bottom w:w="90" w:type="dxa"/>
              <w:right w:w="70" w:type="dxa"/>
            </w:tcMar>
            <w:vAlign w:val="center"/>
          </w:tcPr>
          <w:p w:rsidR="008353A9" w:rsidRDefault="008353A9">
            <w:pPr>
              <w:spacing w:after="0"/>
              <w:rPr>
                <w:sz w:val="18"/>
                <w:szCs w:val="18"/>
              </w:rPr>
            </w:pPr>
            <w:r>
              <w:rPr>
                <w:sz w:val="18"/>
                <w:szCs w:val="18"/>
              </w:rPr>
              <w:t>19.06.2026</w:t>
            </w:r>
          </w:p>
        </w:tc>
      </w:tr>
    </w:tbl>
    <w:p w:rsidR="00A41085" w:rsidRDefault="00A41085">
      <w:pPr>
        <w:spacing w:after="100"/>
      </w:pPr>
    </w:p>
    <w:p w:rsidR="00A41085" w:rsidRDefault="00A41085">
      <w:pPr>
        <w:spacing w:after="100"/>
      </w:pPr>
    </w:p>
    <w:tbl>
      <w:tblPr>
        <w:tblW w:w="0" w:type="auto"/>
        <w:jc w:val="center"/>
        <w:tblBorders>
          <w:top w:val="single" w:sz="6" w:space="0" w:color="B7C9D6"/>
          <w:left w:val="single" w:sz="6" w:space="0" w:color="B7C9D6"/>
          <w:bottom w:val="single" w:sz="6" w:space="0" w:color="B7C9D6"/>
          <w:right w:val="single" w:sz="6" w:space="0" w:color="B7C9D6"/>
          <w:insideH w:val="single" w:sz="6" w:space="0" w:color="B7C9D6"/>
          <w:insideV w:val="single" w:sz="6" w:space="0" w:color="B7C9D6"/>
        </w:tblBorders>
        <w:tblLook w:val="04A0" w:firstRow="1" w:lastRow="0" w:firstColumn="1" w:lastColumn="0" w:noHBand="0" w:noVBand="1"/>
      </w:tblPr>
      <w:tblGrid>
        <w:gridCol w:w="15122"/>
      </w:tblGrid>
      <w:tr w:rsidR="00A41085">
        <w:trPr>
          <w:jc w:val="center"/>
        </w:trPr>
        <w:tc>
          <w:tcPr>
            <w:tcW w:w="15138" w:type="dxa"/>
            <w:shd w:val="clear" w:color="auto" w:fill="EAF2F8"/>
            <w:tcMar>
              <w:top w:w="130" w:type="dxa"/>
              <w:left w:w="160" w:type="dxa"/>
              <w:bottom w:w="130" w:type="dxa"/>
              <w:right w:w="160" w:type="dxa"/>
            </w:tcMar>
          </w:tcPr>
          <w:p w:rsidR="00A41085" w:rsidRDefault="00D123D9">
            <w:r>
              <w:rPr>
                <w:b/>
                <w:sz w:val="21"/>
              </w:rPr>
              <w:t xml:space="preserve">Shenim per publikim: </w:t>
            </w:r>
            <w:r>
              <w:rPr>
                <w:sz w:val="21"/>
              </w:rPr>
              <w:t>Ky regjister pasqyron vetem vendimet gjyqesore qe jane ne proces ekzekutimi ose pjeserisht te ekzekutuara. Te dhenat personale te paleve ndergjyqese dhe vlerat individuale financiare nuk publikohen. Te dhenat financiare paraqiten vetem ne forme te permbledhur, per qellime transparence institucionale dhe informimi publik.</w:t>
            </w:r>
          </w:p>
        </w:tc>
      </w:tr>
    </w:tbl>
    <w:p w:rsidR="00D123D9" w:rsidRDefault="00D123D9"/>
    <w:sectPr w:rsidR="00D123D9" w:rsidSect="00034616">
      <w:pgSz w:w="16838" w:h="11906" w:orient="landscape"/>
      <w:pgMar w:top="794" w:right="850" w:bottom="794"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0E9D" w:rsidRDefault="00040E9D">
      <w:pPr>
        <w:spacing w:after="0" w:line="240" w:lineRule="auto"/>
      </w:pPr>
      <w:r>
        <w:separator/>
      </w:r>
    </w:p>
  </w:endnote>
  <w:endnote w:type="continuationSeparator" w:id="0">
    <w:p w:rsidR="00040E9D" w:rsidRDefault="00040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6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0E9D" w:rsidRDefault="00040E9D">
      <w:pPr>
        <w:spacing w:after="0" w:line="240" w:lineRule="auto"/>
      </w:pPr>
      <w:r>
        <w:separator/>
      </w:r>
    </w:p>
  </w:footnote>
  <w:footnote w:type="continuationSeparator" w:id="0">
    <w:p w:rsidR="00040E9D" w:rsidRDefault="00040E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0E9D"/>
    <w:rsid w:val="0006063C"/>
    <w:rsid w:val="0015074B"/>
    <w:rsid w:val="0029639D"/>
    <w:rsid w:val="00326F90"/>
    <w:rsid w:val="005020D1"/>
    <w:rsid w:val="00585B14"/>
    <w:rsid w:val="005C2B52"/>
    <w:rsid w:val="00772AE3"/>
    <w:rsid w:val="00797541"/>
    <w:rsid w:val="008353A9"/>
    <w:rsid w:val="00A41085"/>
    <w:rsid w:val="00AA1D8D"/>
    <w:rsid w:val="00B47730"/>
    <w:rsid w:val="00BB3020"/>
    <w:rsid w:val="00CB0664"/>
    <w:rsid w:val="00D123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F2E341"/>
  <w14:defaultImageDpi w14:val="300"/>
  <w15:docId w15:val="{2E7A7556-14EE-4872-A6F7-0DC286887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4247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60968-5BC5-47F8-8993-0B506D516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Besnik Cina</dc:creator>
  <cp:keywords/>
  <dc:description>generated by python-docx</dc:description>
  <cp:lastModifiedBy>paradhoma md</cp:lastModifiedBy>
  <cp:revision>5</cp:revision>
  <cp:lastPrinted>2026-07-30T12:43:00Z</cp:lastPrinted>
  <dcterms:created xsi:type="dcterms:W3CDTF">2026-07-30T12:43:00Z</dcterms:created>
  <dcterms:modified xsi:type="dcterms:W3CDTF">2026-09-01T11:21:00Z</dcterms:modified>
  <cp:category/>
</cp:coreProperties>
</file>